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80" w:after="20"/>
      </w:pPr>
      <w:r>
        <w:rPr>
          <w:rFonts w:ascii="Calibri" w:hAnsi="Calibri"/>
          <w:b/>
          <w:color w:val="176B87"/>
          <w:sz w:val="17"/>
        </w:rPr>
        <w:t>MAINTENEASE  /  FREE TEMPLATE</w:t>
      </w:r>
    </w:p>
    <w:p>
      <w:pPr>
        <w:keepNext/>
        <w:spacing w:after="60"/>
      </w:pPr>
      <w:r>
        <w:rPr>
          <w:rFonts w:ascii="Calibri" w:hAnsi="Calibri"/>
          <w:b/>
          <w:color w:val="123A63"/>
          <w:sz w:val="52"/>
        </w:rPr>
        <w:t>Maintenance Work Order</w:t>
      </w:r>
    </w:p>
    <w:p>
      <w:pPr>
        <w:spacing w:after="200"/>
      </w:pPr>
      <w:r>
        <w:rPr>
          <w:rFonts w:ascii="Calibri" w:hAnsi="Calibri"/>
          <w:b w:val="0"/>
          <w:color w:val="667085"/>
          <w:sz w:val="21"/>
        </w:rPr>
        <w:t>Request  •  Plan  •  Execute  •  Verify  •  Close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160"/>
        <w:gridCol w:w="2160"/>
        <w:gridCol w:w="2160"/>
        <w:gridCol w:w="2880"/>
      </w:tblGrid>
      <w:tr>
        <w:tc>
          <w:tcPr>
            <w:tcW w:type="dxa" w:w="2160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CCD5DF"/>
              <w:start w:val="single" w:sz="5" w:color="CCD5DF"/>
              <w:bottom w:val="single" w:sz="5" w:color="CCD5DF"/>
              <w:end w:val="single" w:sz="5" w:color="CCD5DF"/>
            </w:tcBorders>
            <w:shd w:fill="F4F6F8"/>
            <w:vAlign w:val="center"/>
          </w:tcPr>
          <w:p>
            <w:pPr>
              <w:spacing w:after="40"/>
            </w:pPr>
            <w:r/>
            <w:r>
              <w:rPr>
                <w:rFonts w:ascii="Calibri" w:hAnsi="Calibri"/>
                <w:b/>
                <w:color w:val="667085"/>
                <w:sz w:val="15"/>
              </w:rPr>
              <w:t>WORK ORDER ID</w:t>
            </w:r>
          </w:p>
          <w:p>
            <w:pPr>
              <w:spacing w:after="0"/>
            </w:pPr>
            <w:r>
              <w:rPr>
                <w:rFonts w:ascii="Calibri" w:hAnsi="Calibri"/>
                <w:b w:val="0"/>
                <w:color w:val="17212B"/>
                <w:sz w:val="19"/>
              </w:rPr>
              <w:t>WO-________________</w:t>
            </w:r>
          </w:p>
        </w:tc>
        <w:tc>
          <w:tcPr>
            <w:tcW w:type="dxa" w:w="2160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CCD5DF"/>
              <w:start w:val="single" w:sz="5" w:color="CCD5DF"/>
              <w:bottom w:val="single" w:sz="5" w:color="CCD5DF"/>
              <w:end w:val="single" w:sz="5" w:color="CCD5DF"/>
            </w:tcBorders>
            <w:shd w:fill="F4F6F8"/>
            <w:vAlign w:val="center"/>
          </w:tcPr>
          <w:p>
            <w:pPr>
              <w:spacing w:after="40"/>
            </w:pPr>
            <w:r/>
            <w:r>
              <w:rPr>
                <w:rFonts w:ascii="Calibri" w:hAnsi="Calibri"/>
                <w:b/>
                <w:color w:val="667085"/>
                <w:sz w:val="15"/>
              </w:rPr>
              <w:t>PRIORITY</w:t>
            </w:r>
          </w:p>
          <w:p>
            <w:pPr>
              <w:spacing w:after="0"/>
            </w:pPr>
            <w:r>
              <w:rPr>
                <w:rFonts w:ascii="Calibri" w:hAnsi="Calibri"/>
                <w:b w:val="0"/>
                <w:color w:val="17212B"/>
                <w:sz w:val="19"/>
              </w:rPr>
              <w:t>[ ] Emergency  [ ] High  [ ] Medium  [ ] Low</w:t>
            </w:r>
          </w:p>
        </w:tc>
        <w:tc>
          <w:tcPr>
            <w:tcW w:type="dxa" w:w="2160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CCD5DF"/>
              <w:start w:val="single" w:sz="5" w:color="CCD5DF"/>
              <w:bottom w:val="single" w:sz="5" w:color="CCD5DF"/>
              <w:end w:val="single" w:sz="5" w:color="CCD5DF"/>
            </w:tcBorders>
            <w:shd w:fill="F4F6F8"/>
            <w:vAlign w:val="center"/>
          </w:tcPr>
          <w:p>
            <w:pPr>
              <w:spacing w:after="40"/>
            </w:pPr>
            <w:r/>
            <w:r>
              <w:rPr>
                <w:rFonts w:ascii="Calibri" w:hAnsi="Calibri"/>
                <w:b/>
                <w:color w:val="667085"/>
                <w:sz w:val="15"/>
              </w:rPr>
              <w:t>STATUS</w:t>
            </w:r>
          </w:p>
          <w:p>
            <w:pPr>
              <w:spacing w:after="0"/>
            </w:pPr>
            <w:r>
              <w:rPr>
                <w:rFonts w:ascii="Calibri" w:hAnsi="Calibri"/>
                <w:b w:val="0"/>
                <w:color w:val="17212B"/>
                <w:sz w:val="19"/>
              </w:rPr>
              <w:t>____________________</w:t>
            </w:r>
          </w:p>
        </w:tc>
        <w:tc>
          <w:tcPr>
            <w:tcW w:type="dxa" w:w="2880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CCD5DF"/>
              <w:start w:val="single" w:sz="5" w:color="CCD5DF"/>
              <w:bottom w:val="single" w:sz="5" w:color="CCD5DF"/>
              <w:end w:val="single" w:sz="5" w:color="CCD5DF"/>
            </w:tcBorders>
            <w:shd w:fill="F4F6F8"/>
            <w:vAlign w:val="center"/>
          </w:tcPr>
          <w:p>
            <w:pPr>
              <w:spacing w:after="40"/>
            </w:pPr>
            <w:r/>
            <w:r>
              <w:rPr>
                <w:rFonts w:ascii="Calibri" w:hAnsi="Calibri"/>
                <w:b/>
                <w:color w:val="667085"/>
                <w:sz w:val="15"/>
              </w:rPr>
              <w:t>REQUESTED DATE / TIME</w:t>
            </w:r>
          </w:p>
          <w:p>
            <w:pPr>
              <w:spacing w:after="0"/>
            </w:pPr>
            <w:r>
              <w:rPr>
                <w:rFonts w:ascii="Calibri" w:hAnsi="Calibri"/>
                <w:b w:val="0"/>
                <w:color w:val="17212B"/>
                <w:sz w:val="19"/>
              </w:rPr>
              <w:t>________________________</w:t>
            </w:r>
          </w:p>
        </w:tc>
      </w:tr>
      <w:tr>
        <w:tc>
          <w:tcPr>
            <w:tcW w:type="dxa" w:w="2160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CCD5DF"/>
              <w:start w:val="single" w:sz="5" w:color="CCD5DF"/>
              <w:bottom w:val="single" w:sz="5" w:color="CCD5DF"/>
              <w:end w:val="single" w:sz="5" w:color="CCD5DF"/>
            </w:tcBorders>
            <w:shd w:fill="F4F6F8"/>
            <w:vAlign w:val="center"/>
          </w:tcPr>
          <w:p>
            <w:pPr>
              <w:spacing w:after="40"/>
            </w:pPr>
            <w:r/>
            <w:r>
              <w:rPr>
                <w:rFonts w:ascii="Calibri" w:hAnsi="Calibri"/>
                <w:b/>
                <w:color w:val="667085"/>
                <w:sz w:val="15"/>
              </w:rPr>
              <w:t>SITE / BUILDING</w:t>
            </w:r>
          </w:p>
          <w:p>
            <w:pPr>
              <w:spacing w:after="0"/>
            </w:pPr>
            <w:r>
              <w:rPr>
                <w:rFonts w:ascii="Calibri" w:hAnsi="Calibri"/>
                <w:b w:val="0"/>
                <w:color w:val="17212B"/>
                <w:sz w:val="19"/>
              </w:rPr>
              <w:t>____________________</w:t>
            </w:r>
          </w:p>
        </w:tc>
        <w:tc>
          <w:tcPr>
            <w:tcW w:type="dxa" w:w="2160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CCD5DF"/>
              <w:start w:val="single" w:sz="5" w:color="CCD5DF"/>
              <w:bottom w:val="single" w:sz="5" w:color="CCD5DF"/>
              <w:end w:val="single" w:sz="5" w:color="CCD5DF"/>
            </w:tcBorders>
            <w:shd w:fill="F4F6F8"/>
            <w:vAlign w:val="center"/>
          </w:tcPr>
          <w:p>
            <w:pPr>
              <w:spacing w:after="40"/>
            </w:pPr>
            <w:r/>
            <w:r>
              <w:rPr>
                <w:rFonts w:ascii="Calibri" w:hAnsi="Calibri"/>
                <w:b/>
                <w:color w:val="667085"/>
                <w:sz w:val="15"/>
              </w:rPr>
              <w:t>AREA / ROOM</w:t>
            </w:r>
          </w:p>
          <w:p>
            <w:pPr>
              <w:spacing w:after="0"/>
            </w:pPr>
            <w:r>
              <w:rPr>
                <w:rFonts w:ascii="Calibri" w:hAnsi="Calibri"/>
                <w:b w:val="0"/>
                <w:color w:val="17212B"/>
                <w:sz w:val="19"/>
              </w:rPr>
              <w:t>____________________</w:t>
            </w:r>
          </w:p>
        </w:tc>
        <w:tc>
          <w:tcPr>
            <w:tcW w:type="dxa" w:w="2160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CCD5DF"/>
              <w:start w:val="single" w:sz="5" w:color="CCD5DF"/>
              <w:bottom w:val="single" w:sz="5" w:color="CCD5DF"/>
              <w:end w:val="single" w:sz="5" w:color="CCD5DF"/>
            </w:tcBorders>
            <w:shd w:fill="F4F6F8"/>
            <w:vAlign w:val="center"/>
          </w:tcPr>
          <w:p>
            <w:pPr>
              <w:spacing w:after="40"/>
            </w:pPr>
            <w:r/>
            <w:r>
              <w:rPr>
                <w:rFonts w:ascii="Calibri" w:hAnsi="Calibri"/>
                <w:b/>
                <w:color w:val="667085"/>
                <w:sz w:val="15"/>
              </w:rPr>
              <w:t>ASSET ID</w:t>
            </w:r>
          </w:p>
          <w:p>
            <w:pPr>
              <w:spacing w:after="0"/>
            </w:pPr>
            <w:r>
              <w:rPr>
                <w:rFonts w:ascii="Calibri" w:hAnsi="Calibri"/>
                <w:b w:val="0"/>
                <w:color w:val="17212B"/>
                <w:sz w:val="19"/>
              </w:rPr>
              <w:t>____________________</w:t>
            </w:r>
          </w:p>
        </w:tc>
        <w:tc>
          <w:tcPr>
            <w:tcW w:type="dxa" w:w="2880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CCD5DF"/>
              <w:start w:val="single" w:sz="5" w:color="CCD5DF"/>
              <w:bottom w:val="single" w:sz="5" w:color="CCD5DF"/>
              <w:end w:val="single" w:sz="5" w:color="CCD5DF"/>
            </w:tcBorders>
            <w:shd w:fill="F4F6F8"/>
            <w:vAlign w:val="center"/>
          </w:tcPr>
          <w:p>
            <w:pPr>
              <w:spacing w:after="40"/>
            </w:pPr>
            <w:r/>
            <w:r>
              <w:rPr>
                <w:rFonts w:ascii="Calibri" w:hAnsi="Calibri"/>
                <w:b/>
                <w:color w:val="667085"/>
                <w:sz w:val="15"/>
              </w:rPr>
              <w:t>ASSET NAME</w:t>
            </w:r>
          </w:p>
          <w:p>
            <w:pPr>
              <w:spacing w:after="0"/>
            </w:pPr>
            <w:r>
              <w:rPr>
                <w:rFonts w:ascii="Calibri" w:hAnsi="Calibri"/>
                <w:b w:val="0"/>
                <w:color w:val="17212B"/>
                <w:sz w:val="19"/>
              </w:rPr>
              <w:t>________________________</w:t>
            </w:r>
          </w:p>
        </w:tc>
      </w:tr>
    </w:tbl>
    <w:p>
      <w:pPr>
        <w:keepNext/>
        <w:spacing w:before="200" w:after="100"/>
      </w:pPr>
      <w:r>
        <w:rPr>
          <w:rFonts w:ascii="Calibri" w:hAnsi="Calibri"/>
          <w:b/>
          <w:color w:val="176B87"/>
          <w:sz w:val="18"/>
        </w:rPr>
        <w:t xml:space="preserve">01  </w:t>
      </w:r>
      <w:r>
        <w:rPr>
          <w:rFonts w:ascii="Calibri" w:hAnsi="Calibri"/>
          <w:b/>
          <w:color w:val="123A63"/>
          <w:sz w:val="26"/>
        </w:rPr>
        <w:t>Request and triage</w:t>
      </w:r>
      <w:r>
        <w:rPr>
          <w:rFonts w:ascii="Calibri" w:hAnsi="Calibri"/>
          <w:b w:val="0"/>
          <w:color w:val="667085"/>
          <w:sz w:val="17"/>
        </w:rPr>
        <w:t xml:space="preserve">  Record the original symptom before diagnosis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3120"/>
        <w:gridCol w:w="3120"/>
        <w:gridCol w:w="3120"/>
      </w:tblGrid>
      <w:tr>
        <w:tc>
          <w:tcPr>
            <w:tcW w:type="dxa" w:w="3120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CCD5DF"/>
              <w:start w:val="single" w:sz="5" w:color="CCD5DF"/>
              <w:bottom w:val="single" w:sz="5" w:color="CCD5DF"/>
              <w:end w:val="single" w:sz="5" w:color="CCD5DF"/>
            </w:tcBorders>
            <w:shd w:fill="FFFFFF"/>
            <w:vAlign w:val="center"/>
          </w:tcPr>
          <w:p>
            <w:pPr>
              <w:spacing w:after="40"/>
            </w:pPr>
            <w:r/>
            <w:r>
              <w:rPr>
                <w:rFonts w:ascii="Calibri" w:hAnsi="Calibri"/>
                <w:b/>
                <w:color w:val="667085"/>
                <w:sz w:val="15"/>
              </w:rPr>
              <w:t>REQUESTER</w:t>
            </w:r>
          </w:p>
          <w:p>
            <w:pPr>
              <w:spacing w:after="0"/>
            </w:pPr>
            <w:r>
              <w:rPr>
                <w:rFonts w:ascii="Calibri" w:hAnsi="Calibri"/>
                <w:b w:val="0"/>
                <w:color w:val="17212B"/>
                <w:sz w:val="19"/>
              </w:rPr>
              <w:t>____________________________</w:t>
            </w:r>
          </w:p>
        </w:tc>
        <w:tc>
          <w:tcPr>
            <w:tcW w:type="dxa" w:w="3120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CCD5DF"/>
              <w:start w:val="single" w:sz="5" w:color="CCD5DF"/>
              <w:bottom w:val="single" w:sz="5" w:color="CCD5DF"/>
              <w:end w:val="single" w:sz="5" w:color="CCD5DF"/>
            </w:tcBorders>
            <w:shd w:fill="FFFFFF"/>
            <w:vAlign w:val="center"/>
          </w:tcPr>
          <w:p>
            <w:pPr>
              <w:spacing w:after="40"/>
            </w:pPr>
            <w:r/>
            <w:r>
              <w:rPr>
                <w:rFonts w:ascii="Calibri" w:hAnsi="Calibri"/>
                <w:b/>
                <w:color w:val="667085"/>
                <w:sz w:val="15"/>
              </w:rPr>
              <w:t>DEPARTMENT / TENANT</w:t>
            </w:r>
          </w:p>
          <w:p>
            <w:pPr>
              <w:spacing w:after="0"/>
            </w:pPr>
            <w:r>
              <w:rPr>
                <w:rFonts w:ascii="Calibri" w:hAnsi="Calibri"/>
                <w:b w:val="0"/>
                <w:color w:val="17212B"/>
                <w:sz w:val="19"/>
              </w:rPr>
              <w:t>____________________________</w:t>
            </w:r>
          </w:p>
        </w:tc>
        <w:tc>
          <w:tcPr>
            <w:tcW w:type="dxa" w:w="3120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CCD5DF"/>
              <w:start w:val="single" w:sz="5" w:color="CCD5DF"/>
              <w:bottom w:val="single" w:sz="5" w:color="CCD5DF"/>
              <w:end w:val="single" w:sz="5" w:color="CCD5DF"/>
            </w:tcBorders>
            <w:shd w:fill="FFFFFF"/>
            <w:vAlign w:val="center"/>
          </w:tcPr>
          <w:p>
            <w:pPr>
              <w:spacing w:after="40"/>
            </w:pPr>
            <w:r/>
            <w:r>
              <w:rPr>
                <w:rFonts w:ascii="Calibri" w:hAnsi="Calibri"/>
                <w:b/>
                <w:color w:val="667085"/>
                <w:sz w:val="15"/>
              </w:rPr>
              <w:t>CONTACT</w:t>
            </w:r>
          </w:p>
          <w:p>
            <w:pPr>
              <w:spacing w:after="0"/>
            </w:pPr>
            <w:r>
              <w:rPr>
                <w:rFonts w:ascii="Calibri" w:hAnsi="Calibri"/>
                <w:b w:val="0"/>
                <w:color w:val="17212B"/>
                <w:sz w:val="19"/>
              </w:rPr>
              <w:t>____________________________</w:t>
            </w:r>
          </w:p>
        </w:tc>
      </w:tr>
      <w:tr>
        <w:tc>
          <w:tcPr>
            <w:tcW w:type="dxa" w:w="3120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CCD5DF"/>
              <w:start w:val="single" w:sz="5" w:color="CCD5DF"/>
              <w:bottom w:val="single" w:sz="5" w:color="CCD5DF"/>
              <w:end w:val="single" w:sz="5" w:color="CCD5DF"/>
            </w:tcBorders>
            <w:shd w:fill="FFFFFF"/>
            <w:vAlign w:val="center"/>
          </w:tcPr>
          <w:p>
            <w:pPr>
              <w:spacing w:after="40"/>
            </w:pPr>
            <w:r/>
            <w:r>
              <w:rPr>
                <w:rFonts w:ascii="Calibri" w:hAnsi="Calibri"/>
                <w:b/>
                <w:color w:val="667085"/>
                <w:sz w:val="15"/>
              </w:rPr>
              <w:t>SERVICE IMPACT</w:t>
            </w:r>
          </w:p>
          <w:p>
            <w:pPr>
              <w:spacing w:after="0"/>
            </w:pPr>
            <w:r>
              <w:rPr>
                <w:rFonts w:ascii="Calibri" w:hAnsi="Calibri"/>
                <w:b w:val="0"/>
                <w:color w:val="17212B"/>
                <w:sz w:val="19"/>
              </w:rPr>
              <w:t>[ ] Safety  [ ] Production  [ ] Occupant  [ ] Compliance  [ ] None</w:t>
            </w:r>
          </w:p>
        </w:tc>
        <w:tc>
          <w:tcPr>
            <w:tcW w:type="dxa" w:w="3120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CCD5DF"/>
              <w:start w:val="single" w:sz="5" w:color="CCD5DF"/>
              <w:bottom w:val="single" w:sz="5" w:color="CCD5DF"/>
              <w:end w:val="single" w:sz="5" w:color="CCD5DF"/>
            </w:tcBorders>
            <w:shd w:fill="FFFFFF"/>
            <w:vAlign w:val="center"/>
          </w:tcPr>
          <w:p>
            <w:pPr>
              <w:spacing w:after="40"/>
            </w:pPr>
            <w:r/>
            <w:r>
              <w:rPr>
                <w:rFonts w:ascii="Calibri" w:hAnsi="Calibri"/>
                <w:b/>
                <w:color w:val="667085"/>
                <w:sz w:val="15"/>
              </w:rPr>
              <w:t>REQUESTED COMPLETION</w:t>
            </w:r>
          </w:p>
          <w:p>
            <w:pPr>
              <w:spacing w:after="0"/>
            </w:pPr>
            <w:r>
              <w:rPr>
                <w:rFonts w:ascii="Calibri" w:hAnsi="Calibri"/>
                <w:b w:val="0"/>
                <w:color w:val="17212B"/>
                <w:sz w:val="19"/>
              </w:rPr>
              <w:t>____________________________</w:t>
            </w:r>
          </w:p>
        </w:tc>
        <w:tc>
          <w:tcPr>
            <w:tcW w:type="dxa" w:w="3120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CCD5DF"/>
              <w:start w:val="single" w:sz="5" w:color="CCD5DF"/>
              <w:bottom w:val="single" w:sz="5" w:color="CCD5DF"/>
              <w:end w:val="single" w:sz="5" w:color="CCD5DF"/>
            </w:tcBorders>
            <w:shd w:fill="FFFFFF"/>
            <w:vAlign w:val="center"/>
          </w:tcPr>
          <w:p>
            <w:pPr>
              <w:spacing w:after="40"/>
            </w:pPr>
            <w:r/>
            <w:r>
              <w:rPr>
                <w:rFonts w:ascii="Calibri" w:hAnsi="Calibri"/>
                <w:b/>
                <w:color w:val="667085"/>
                <w:sz w:val="15"/>
              </w:rPr>
              <w:t>REQUEST CHANNEL</w:t>
            </w:r>
          </w:p>
          <w:p>
            <w:pPr>
              <w:spacing w:after="0"/>
            </w:pPr>
            <w:r>
              <w:rPr>
                <w:rFonts w:ascii="Calibri" w:hAnsi="Calibri"/>
                <w:b w:val="0"/>
                <w:color w:val="17212B"/>
                <w:sz w:val="19"/>
              </w:rPr>
              <w:t>[ ] Portal  [ ] Phone  [ ] Email  [ ] Inspection  [ ] Other</w:t>
            </w:r>
          </w:p>
        </w:tc>
      </w:tr>
    </w:tbl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CCD5DF"/>
              <w:start w:val="single" w:sz="5" w:color="CCD5DF"/>
              <w:bottom w:val="single" w:sz="5" w:color="CCD5DF"/>
              <w:end w:val="single" w:sz="5" w:color="CCD5DF"/>
            </w:tcBorders>
            <w:shd w:fill="FFFFFF"/>
            <w:vAlign w:val="center"/>
          </w:tcPr>
          <w:p>
            <w:pPr>
              <w:spacing w:after="40"/>
            </w:pPr>
            <w:r/>
            <w:r>
              <w:rPr>
                <w:rFonts w:ascii="Calibri" w:hAnsi="Calibri"/>
                <w:b/>
                <w:color w:val="667085"/>
                <w:sz w:val="15"/>
              </w:rPr>
              <w:t>PROBLEM OR WORK REQUESTED</w:t>
            </w:r>
          </w:p>
          <w:p>
            <w:pPr>
              <w:spacing w:after="0"/>
            </w:pPr>
            <w:r>
              <w:rPr>
                <w:rFonts w:ascii="Calibri" w:hAnsi="Calibri"/>
                <w:b w:val="0"/>
                <w:color w:val="17212B"/>
                <w:sz w:val="19"/>
              </w:rPr>
              <w:t>Describe what was observed, where, when, and the effect on operations.</w:t>
            </w:r>
          </w:p>
          <w:p>
            <w:pPr>
              <w:spacing w:after="140"/>
            </w:pPr>
            <w:r>
              <w:t xml:space="preserve"> </w:t>
            </w:r>
          </w:p>
          <w:p>
            <w:pPr>
              <w:spacing w:after="140"/>
            </w:pPr>
            <w:r>
              <w:t xml:space="preserve"> </w:t>
            </w:r>
          </w:p>
        </w:tc>
      </w:tr>
    </w:tbl>
    <w:p>
      <w:pPr>
        <w:keepNext/>
        <w:spacing w:before="200" w:after="100"/>
      </w:pPr>
      <w:r>
        <w:rPr>
          <w:rFonts w:ascii="Calibri" w:hAnsi="Calibri"/>
          <w:b/>
          <w:color w:val="176B87"/>
          <w:sz w:val="18"/>
        </w:rPr>
        <w:t xml:space="preserve">02  </w:t>
      </w:r>
      <w:r>
        <w:rPr>
          <w:rFonts w:ascii="Calibri" w:hAnsi="Calibri"/>
          <w:b/>
          <w:color w:val="123A63"/>
          <w:sz w:val="26"/>
        </w:rPr>
        <w:t>Planning and approval</w:t>
      </w:r>
      <w:r>
        <w:rPr>
          <w:rFonts w:ascii="Calibri" w:hAnsi="Calibri"/>
          <w:b w:val="0"/>
          <w:color w:val="667085"/>
          <w:sz w:val="17"/>
        </w:rPr>
        <w:t xml:space="preserve">  Define safe scope, owner, dates, parts, and permits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3120"/>
        <w:gridCol w:w="3120"/>
        <w:gridCol w:w="3120"/>
      </w:tblGrid>
      <w:tr>
        <w:tc>
          <w:tcPr>
            <w:tcW w:type="dxa" w:w="3120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CCD5DF"/>
              <w:start w:val="single" w:sz="5" w:color="CCD5DF"/>
              <w:bottom w:val="single" w:sz="5" w:color="CCD5DF"/>
              <w:end w:val="single" w:sz="5" w:color="CCD5DF"/>
            </w:tcBorders>
            <w:shd w:fill="FFFFFF"/>
            <w:vAlign w:val="center"/>
          </w:tcPr>
          <w:p>
            <w:pPr>
              <w:spacing w:after="40"/>
            </w:pPr>
            <w:r/>
            <w:r>
              <w:rPr>
                <w:rFonts w:ascii="Calibri" w:hAnsi="Calibri"/>
                <w:b/>
                <w:color w:val="667085"/>
                <w:sz w:val="15"/>
              </w:rPr>
              <w:t>ASSIGNED TECHNICIAN / VENDOR</w:t>
            </w:r>
          </w:p>
          <w:p>
            <w:pPr>
              <w:spacing w:after="0"/>
            </w:pPr>
            <w:r>
              <w:rPr>
                <w:rFonts w:ascii="Calibri" w:hAnsi="Calibri"/>
                <w:b w:val="0"/>
                <w:color w:val="17212B"/>
                <w:sz w:val="19"/>
              </w:rPr>
              <w:t>____________________________</w:t>
            </w:r>
          </w:p>
        </w:tc>
        <w:tc>
          <w:tcPr>
            <w:tcW w:type="dxa" w:w="3120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CCD5DF"/>
              <w:start w:val="single" w:sz="5" w:color="CCD5DF"/>
              <w:bottom w:val="single" w:sz="5" w:color="CCD5DF"/>
              <w:end w:val="single" w:sz="5" w:color="CCD5DF"/>
            </w:tcBorders>
            <w:shd w:fill="FFFFFF"/>
            <w:vAlign w:val="center"/>
          </w:tcPr>
          <w:p>
            <w:pPr>
              <w:spacing w:after="40"/>
            </w:pPr>
            <w:r/>
            <w:r>
              <w:rPr>
                <w:rFonts w:ascii="Calibri" w:hAnsi="Calibri"/>
                <w:b/>
                <w:color w:val="667085"/>
                <w:sz w:val="15"/>
              </w:rPr>
              <w:t>PLANNER / SUPERVISOR</w:t>
            </w:r>
          </w:p>
          <w:p>
            <w:pPr>
              <w:spacing w:after="0"/>
            </w:pPr>
            <w:r>
              <w:rPr>
                <w:rFonts w:ascii="Calibri" w:hAnsi="Calibri"/>
                <w:b w:val="0"/>
                <w:color w:val="17212B"/>
                <w:sz w:val="19"/>
              </w:rPr>
              <w:t>____________________________</w:t>
            </w:r>
          </w:p>
        </w:tc>
        <w:tc>
          <w:tcPr>
            <w:tcW w:type="dxa" w:w="3120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CCD5DF"/>
              <w:start w:val="single" w:sz="5" w:color="CCD5DF"/>
              <w:bottom w:val="single" w:sz="5" w:color="CCD5DF"/>
              <w:end w:val="single" w:sz="5" w:color="CCD5DF"/>
            </w:tcBorders>
            <w:shd w:fill="FFFFFF"/>
            <w:vAlign w:val="center"/>
          </w:tcPr>
          <w:p>
            <w:pPr>
              <w:spacing w:after="40"/>
            </w:pPr>
            <w:r/>
            <w:r>
              <w:rPr>
                <w:rFonts w:ascii="Calibri" w:hAnsi="Calibri"/>
                <w:b/>
                <w:color w:val="667085"/>
                <w:sz w:val="15"/>
              </w:rPr>
              <w:t>TARGET START</w:t>
            </w:r>
          </w:p>
          <w:p>
            <w:pPr>
              <w:spacing w:after="0"/>
            </w:pPr>
            <w:r>
              <w:rPr>
                <w:rFonts w:ascii="Calibri" w:hAnsi="Calibri"/>
                <w:b w:val="0"/>
                <w:color w:val="17212B"/>
                <w:sz w:val="19"/>
              </w:rPr>
              <w:t>____________________________</w:t>
            </w:r>
          </w:p>
        </w:tc>
      </w:tr>
      <w:tr>
        <w:tc>
          <w:tcPr>
            <w:tcW w:type="dxa" w:w="3120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CCD5DF"/>
              <w:start w:val="single" w:sz="5" w:color="CCD5DF"/>
              <w:bottom w:val="single" w:sz="5" w:color="CCD5DF"/>
              <w:end w:val="single" w:sz="5" w:color="CCD5DF"/>
            </w:tcBorders>
            <w:shd w:fill="FFFFFF"/>
            <w:vAlign w:val="center"/>
          </w:tcPr>
          <w:p>
            <w:pPr>
              <w:spacing w:after="40"/>
            </w:pPr>
            <w:r/>
            <w:r>
              <w:rPr>
                <w:rFonts w:ascii="Calibri" w:hAnsi="Calibri"/>
                <w:b/>
                <w:color w:val="667085"/>
                <w:sz w:val="15"/>
              </w:rPr>
              <w:t>DUE DATE / SERVICE LEVEL</w:t>
            </w:r>
          </w:p>
          <w:p>
            <w:pPr>
              <w:spacing w:after="0"/>
            </w:pPr>
            <w:r>
              <w:rPr>
                <w:rFonts w:ascii="Calibri" w:hAnsi="Calibri"/>
                <w:b w:val="0"/>
                <w:color w:val="17212B"/>
                <w:sz w:val="19"/>
              </w:rPr>
              <w:t>____________________________</w:t>
            </w:r>
          </w:p>
        </w:tc>
        <w:tc>
          <w:tcPr>
            <w:tcW w:type="dxa" w:w="3120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CCD5DF"/>
              <w:start w:val="single" w:sz="5" w:color="CCD5DF"/>
              <w:bottom w:val="single" w:sz="5" w:color="CCD5DF"/>
              <w:end w:val="single" w:sz="5" w:color="CCD5DF"/>
            </w:tcBorders>
            <w:shd w:fill="FFFFFF"/>
            <w:vAlign w:val="center"/>
          </w:tcPr>
          <w:p>
            <w:pPr>
              <w:spacing w:after="40"/>
            </w:pPr>
            <w:r/>
            <w:r>
              <w:rPr>
                <w:rFonts w:ascii="Calibri" w:hAnsi="Calibri"/>
                <w:b/>
                <w:color w:val="667085"/>
                <w:sz w:val="15"/>
              </w:rPr>
              <w:t>ESTIMATED LABOR HOURS</w:t>
            </w:r>
          </w:p>
          <w:p>
            <w:pPr>
              <w:spacing w:after="0"/>
            </w:pPr>
            <w:r>
              <w:rPr>
                <w:rFonts w:ascii="Calibri" w:hAnsi="Calibri"/>
                <w:b w:val="0"/>
                <w:color w:val="17212B"/>
                <w:sz w:val="19"/>
              </w:rPr>
              <w:t>____________________________</w:t>
            </w:r>
          </w:p>
        </w:tc>
        <w:tc>
          <w:tcPr>
            <w:tcW w:type="dxa" w:w="3120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CCD5DF"/>
              <w:start w:val="single" w:sz="5" w:color="CCD5DF"/>
              <w:bottom w:val="single" w:sz="5" w:color="CCD5DF"/>
              <w:end w:val="single" w:sz="5" w:color="CCD5DF"/>
            </w:tcBorders>
            <w:shd w:fill="FFFFFF"/>
            <w:vAlign w:val="center"/>
          </w:tcPr>
          <w:p>
            <w:pPr>
              <w:spacing w:after="40"/>
            </w:pPr>
            <w:r/>
            <w:r>
              <w:rPr>
                <w:rFonts w:ascii="Calibri" w:hAnsi="Calibri"/>
                <w:b/>
                <w:color w:val="667085"/>
                <w:sz w:val="15"/>
              </w:rPr>
              <w:t>ESTIMATED DOWNTIME</w:t>
            </w:r>
          </w:p>
          <w:p>
            <w:pPr>
              <w:spacing w:after="0"/>
            </w:pPr>
            <w:r>
              <w:rPr>
                <w:rFonts w:ascii="Calibri" w:hAnsi="Calibri"/>
                <w:b w:val="0"/>
                <w:color w:val="17212B"/>
                <w:sz w:val="19"/>
              </w:rPr>
              <w:t>____________________________</w:t>
            </w:r>
          </w:p>
        </w:tc>
      </w:tr>
    </w:tbl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4680"/>
        <w:gridCol w:w="4680"/>
      </w:tblGrid>
      <w:tr>
        <w:tc>
          <w:tcPr>
            <w:tcW w:type="dxa" w:w="4680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CCD5DF"/>
              <w:start w:val="single" w:sz="5" w:color="CCD5DF"/>
              <w:bottom w:val="single" w:sz="5" w:color="CCD5DF"/>
              <w:end w:val="single" w:sz="5" w:color="CCD5DF"/>
            </w:tcBorders>
            <w:shd w:fill="FFFFFF"/>
            <w:vAlign w:val="center"/>
          </w:tcPr>
          <w:p>
            <w:pPr>
              <w:spacing w:after="40"/>
            </w:pPr>
            <w:r/>
            <w:r>
              <w:rPr>
                <w:rFonts w:ascii="Calibri" w:hAnsi="Calibri"/>
                <w:b/>
                <w:color w:val="667085"/>
                <w:sz w:val="15"/>
              </w:rPr>
              <w:t>SAFETY AND ACCESS</w:t>
            </w:r>
          </w:p>
          <w:p>
            <w:pPr>
              <w:spacing w:after="0"/>
            </w:pPr>
            <w:r>
              <w:rPr>
                <w:rFonts w:ascii="Calibri" w:hAnsi="Calibri"/>
                <w:b w:val="0"/>
                <w:color w:val="17212B"/>
                <w:sz w:val="19"/>
              </w:rPr>
              <w:t>[ ] LOTO  [ ] Permit  [ ] PPE  [ ] Barricade  [ ] Escort  [ ] None</w:t>
            </w:r>
          </w:p>
        </w:tc>
        <w:tc>
          <w:tcPr>
            <w:tcW w:type="dxa" w:w="4680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CCD5DF"/>
              <w:start w:val="single" w:sz="5" w:color="CCD5DF"/>
              <w:bottom w:val="single" w:sz="5" w:color="CCD5DF"/>
              <w:end w:val="single" w:sz="5" w:color="CCD5DF"/>
            </w:tcBorders>
            <w:shd w:fill="FFFFFF"/>
            <w:vAlign w:val="center"/>
          </w:tcPr>
          <w:p>
            <w:pPr>
              <w:spacing w:after="40"/>
            </w:pPr>
            <w:r/>
            <w:r>
              <w:rPr>
                <w:rFonts w:ascii="Calibri" w:hAnsi="Calibri"/>
                <w:b/>
                <w:color w:val="667085"/>
                <w:sz w:val="15"/>
              </w:rPr>
              <w:t>REQUIRED TOOLS AND PARTS</w:t>
            </w:r>
          </w:p>
          <w:p>
            <w:pPr>
              <w:spacing w:after="0"/>
            </w:pPr>
            <w:r>
              <w:rPr>
                <w:rFonts w:ascii="Calibri" w:hAnsi="Calibri"/>
                <w:b w:val="0"/>
                <w:color w:val="17212B"/>
                <w:sz w:val="19"/>
              </w:rPr>
              <w:t>_______________________________________________</w:t>
            </w:r>
          </w:p>
        </w:tc>
      </w:tr>
      <w:tr>
        <w:tc>
          <w:tcPr>
            <w:tcW w:type="dxa" w:w="4680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CCD5DF"/>
              <w:start w:val="single" w:sz="5" w:color="CCD5DF"/>
              <w:bottom w:val="single" w:sz="5" w:color="CCD5DF"/>
              <w:end w:val="single" w:sz="5" w:color="CCD5DF"/>
            </w:tcBorders>
            <w:shd w:fill="FFFFFF"/>
            <w:vAlign w:val="center"/>
          </w:tcPr>
          <w:p>
            <w:pPr>
              <w:spacing w:after="40"/>
            </w:pPr>
            <w:r/>
            <w:r>
              <w:rPr>
                <w:rFonts w:ascii="Calibri" w:hAnsi="Calibri"/>
                <w:b/>
                <w:color w:val="667085"/>
                <w:sz w:val="15"/>
              </w:rPr>
              <w:t>PROCEDURE / SCOPE OF WORK</w:t>
            </w:r>
          </w:p>
          <w:p>
            <w:pPr>
              <w:spacing w:after="0"/>
            </w:pPr>
            <w:r>
              <w:rPr>
                <w:rFonts w:ascii="Calibri" w:hAnsi="Calibri"/>
                <w:b w:val="0"/>
                <w:color w:val="17212B"/>
                <w:sz w:val="19"/>
              </w:rPr>
              <w:t>Reference job plan, manual, drawing, or required steps.</w:t>
            </w:r>
          </w:p>
          <w:p>
            <w:pPr>
              <w:spacing w:after="140"/>
            </w:pPr>
            <w:r>
              <w:t xml:space="preserve"> </w:t>
            </w:r>
          </w:p>
          <w:p>
            <w:pPr>
              <w:spacing w:after="140"/>
            </w:pPr>
            <w:r>
              <w:t xml:space="preserve"> </w:t>
            </w:r>
          </w:p>
        </w:tc>
        <w:tc>
          <w:tcPr>
            <w:tcW w:type="dxa" w:w="4680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CCD5DF"/>
              <w:start w:val="single" w:sz="5" w:color="CCD5DF"/>
              <w:bottom w:val="single" w:sz="5" w:color="CCD5DF"/>
              <w:end w:val="single" w:sz="5" w:color="CCD5DF"/>
            </w:tcBorders>
            <w:shd w:fill="FFFFFF"/>
            <w:vAlign w:val="center"/>
          </w:tcPr>
          <w:p>
            <w:pPr>
              <w:spacing w:after="40"/>
            </w:pPr>
            <w:r/>
            <w:r>
              <w:rPr>
                <w:rFonts w:ascii="Calibri" w:hAnsi="Calibri"/>
                <w:b/>
                <w:color w:val="667085"/>
                <w:sz w:val="15"/>
              </w:rPr>
              <w:t>APPROVAL</w:t>
            </w:r>
          </w:p>
          <w:p>
            <w:pPr>
              <w:spacing w:after="0"/>
            </w:pPr>
            <w:r>
              <w:rPr>
                <w:rFonts w:ascii="Calibri" w:hAnsi="Calibri"/>
                <w:b w:val="0"/>
                <w:color w:val="17212B"/>
                <w:sz w:val="19"/>
              </w:rPr>
              <w:t>Approved by: ____________________  Date: ______________</w:t>
            </w:r>
          </w:p>
          <w:p>
            <w:pPr>
              <w:spacing w:after="140"/>
            </w:pPr>
            <w:r>
              <w:t xml:space="preserve"> </w:t>
            </w:r>
          </w:p>
          <w:p>
            <w:pPr>
              <w:spacing w:after="140"/>
            </w:pPr>
            <w:r>
              <w:t xml:space="preserve"> </w:t>
            </w:r>
          </w:p>
        </w:tc>
      </w:tr>
    </w:tbl>
    <w:p>
      <w:r>
        <w:br w:type="page"/>
      </w:r>
    </w:p>
    <w:p>
      <w:pPr>
        <w:spacing w:after="160"/>
      </w:pPr>
      <w:r>
        <w:rPr>
          <w:rFonts w:ascii="Calibri" w:hAnsi="Calibri"/>
          <w:b/>
          <w:color w:val="123A63"/>
          <w:sz w:val="36"/>
        </w:rPr>
        <w:t>Maintenance Work Order  /  Execution and Close-Out</w:t>
      </w:r>
    </w:p>
    <w:p>
      <w:pPr>
        <w:keepNext/>
        <w:spacing w:before="200" w:after="100"/>
      </w:pPr>
      <w:r>
        <w:rPr>
          <w:rFonts w:ascii="Calibri" w:hAnsi="Calibri"/>
          <w:b/>
          <w:color w:val="176B87"/>
          <w:sz w:val="18"/>
        </w:rPr>
        <w:t xml:space="preserve">03  </w:t>
      </w:r>
      <w:r>
        <w:rPr>
          <w:rFonts w:ascii="Calibri" w:hAnsi="Calibri"/>
          <w:b/>
          <w:color w:val="123A63"/>
          <w:sz w:val="26"/>
        </w:rPr>
        <w:t>Execution</w:t>
      </w:r>
      <w:r>
        <w:rPr>
          <w:rFonts w:ascii="Calibri" w:hAnsi="Calibri"/>
          <w:b w:val="0"/>
          <w:color w:val="667085"/>
          <w:sz w:val="17"/>
        </w:rPr>
        <w:t xml:space="preserve">  Capture actual time, findings, parts, and work performed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340"/>
        <w:gridCol w:w="2340"/>
        <w:gridCol w:w="2340"/>
        <w:gridCol w:w="2340"/>
      </w:tblGrid>
      <w:tr>
        <w:tc>
          <w:tcPr>
            <w:tcW w:type="dxa" w:w="2340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CCD5DF"/>
              <w:start w:val="single" w:sz="5" w:color="CCD5DF"/>
              <w:bottom w:val="single" w:sz="5" w:color="CCD5DF"/>
              <w:end w:val="single" w:sz="5" w:color="CCD5DF"/>
            </w:tcBorders>
            <w:shd w:fill="F4F6F8"/>
            <w:vAlign w:val="center"/>
          </w:tcPr>
          <w:p>
            <w:pPr>
              <w:spacing w:after="40"/>
            </w:pPr>
            <w:r/>
            <w:r>
              <w:rPr>
                <w:rFonts w:ascii="Calibri" w:hAnsi="Calibri"/>
                <w:b/>
                <w:color w:val="667085"/>
                <w:sz w:val="15"/>
              </w:rPr>
              <w:t>WORK STARTED</w:t>
            </w:r>
          </w:p>
          <w:p>
            <w:pPr>
              <w:spacing w:after="0"/>
            </w:pPr>
            <w:r>
              <w:rPr>
                <w:rFonts w:ascii="Calibri" w:hAnsi="Calibri"/>
                <w:b w:val="0"/>
                <w:color w:val="17212B"/>
                <w:sz w:val="19"/>
              </w:rPr>
              <w:t>__________________</w:t>
            </w:r>
          </w:p>
        </w:tc>
        <w:tc>
          <w:tcPr>
            <w:tcW w:type="dxa" w:w="2340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CCD5DF"/>
              <w:start w:val="single" w:sz="5" w:color="CCD5DF"/>
              <w:bottom w:val="single" w:sz="5" w:color="CCD5DF"/>
              <w:end w:val="single" w:sz="5" w:color="CCD5DF"/>
            </w:tcBorders>
            <w:shd w:fill="F4F6F8"/>
            <w:vAlign w:val="center"/>
          </w:tcPr>
          <w:p>
            <w:pPr>
              <w:spacing w:after="40"/>
            </w:pPr>
            <w:r/>
            <w:r>
              <w:rPr>
                <w:rFonts w:ascii="Calibri" w:hAnsi="Calibri"/>
                <w:b/>
                <w:color w:val="667085"/>
                <w:sz w:val="15"/>
              </w:rPr>
              <w:t>WORK COMPLETED</w:t>
            </w:r>
          </w:p>
          <w:p>
            <w:pPr>
              <w:spacing w:after="0"/>
            </w:pPr>
            <w:r>
              <w:rPr>
                <w:rFonts w:ascii="Calibri" w:hAnsi="Calibri"/>
                <w:b w:val="0"/>
                <w:color w:val="17212B"/>
                <w:sz w:val="19"/>
              </w:rPr>
              <w:t>__________________</w:t>
            </w:r>
          </w:p>
        </w:tc>
        <w:tc>
          <w:tcPr>
            <w:tcW w:type="dxa" w:w="2340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CCD5DF"/>
              <w:start w:val="single" w:sz="5" w:color="CCD5DF"/>
              <w:bottom w:val="single" w:sz="5" w:color="CCD5DF"/>
              <w:end w:val="single" w:sz="5" w:color="CCD5DF"/>
            </w:tcBorders>
            <w:shd w:fill="F4F6F8"/>
            <w:vAlign w:val="center"/>
          </w:tcPr>
          <w:p>
            <w:pPr>
              <w:spacing w:after="40"/>
            </w:pPr>
            <w:r/>
            <w:r>
              <w:rPr>
                <w:rFonts w:ascii="Calibri" w:hAnsi="Calibri"/>
                <w:b/>
                <w:color w:val="667085"/>
                <w:sz w:val="15"/>
              </w:rPr>
              <w:t>ASSET RETURNED TO SERVICE</w:t>
            </w:r>
          </w:p>
          <w:p>
            <w:pPr>
              <w:spacing w:after="0"/>
            </w:pPr>
            <w:r>
              <w:rPr>
                <w:rFonts w:ascii="Calibri" w:hAnsi="Calibri"/>
                <w:b w:val="0"/>
                <w:color w:val="17212B"/>
                <w:sz w:val="19"/>
              </w:rPr>
              <w:t>__________________</w:t>
            </w:r>
          </w:p>
        </w:tc>
        <w:tc>
          <w:tcPr>
            <w:tcW w:type="dxa" w:w="2340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CCD5DF"/>
              <w:start w:val="single" w:sz="5" w:color="CCD5DF"/>
              <w:bottom w:val="single" w:sz="5" w:color="CCD5DF"/>
              <w:end w:val="single" w:sz="5" w:color="CCD5DF"/>
            </w:tcBorders>
            <w:shd w:fill="F4F6F8"/>
            <w:vAlign w:val="center"/>
          </w:tcPr>
          <w:p>
            <w:pPr>
              <w:spacing w:after="40"/>
            </w:pPr>
            <w:r/>
            <w:r>
              <w:rPr>
                <w:rFonts w:ascii="Calibri" w:hAnsi="Calibri"/>
                <w:b/>
                <w:color w:val="667085"/>
                <w:sz w:val="15"/>
              </w:rPr>
              <w:t>ACTUAL DOWNTIME</w:t>
            </w:r>
          </w:p>
          <w:p>
            <w:pPr>
              <w:spacing w:after="0"/>
            </w:pPr>
            <w:r>
              <w:rPr>
                <w:rFonts w:ascii="Calibri" w:hAnsi="Calibri"/>
                <w:b w:val="0"/>
                <w:color w:val="17212B"/>
                <w:sz w:val="19"/>
              </w:rPr>
              <w:t>__________________</w:t>
            </w:r>
          </w:p>
        </w:tc>
      </w:tr>
      <w:tr>
        <w:tc>
          <w:tcPr>
            <w:tcW w:type="dxa" w:w="2340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CCD5DF"/>
              <w:start w:val="single" w:sz="5" w:color="CCD5DF"/>
              <w:bottom w:val="single" w:sz="5" w:color="CCD5DF"/>
              <w:end w:val="single" w:sz="5" w:color="CCD5DF"/>
            </w:tcBorders>
            <w:shd w:fill="F4F6F8"/>
            <w:vAlign w:val="center"/>
          </w:tcPr>
          <w:p>
            <w:pPr>
              <w:spacing w:after="40"/>
            </w:pPr>
            <w:r/>
            <w:r>
              <w:rPr>
                <w:rFonts w:ascii="Calibri" w:hAnsi="Calibri"/>
                <w:b/>
                <w:color w:val="667085"/>
                <w:sz w:val="15"/>
              </w:rPr>
              <w:t>METER AT SERVICE</w:t>
            </w:r>
          </w:p>
          <w:p>
            <w:pPr>
              <w:spacing w:after="0"/>
            </w:pPr>
            <w:r>
              <w:rPr>
                <w:rFonts w:ascii="Calibri" w:hAnsi="Calibri"/>
                <w:b w:val="0"/>
                <w:color w:val="17212B"/>
                <w:sz w:val="19"/>
              </w:rPr>
              <w:t>__________________</w:t>
            </w:r>
          </w:p>
        </w:tc>
        <w:tc>
          <w:tcPr>
            <w:tcW w:type="dxa" w:w="2340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CCD5DF"/>
              <w:start w:val="single" w:sz="5" w:color="CCD5DF"/>
              <w:bottom w:val="single" w:sz="5" w:color="CCD5DF"/>
              <w:end w:val="single" w:sz="5" w:color="CCD5DF"/>
            </w:tcBorders>
            <w:shd w:fill="F4F6F8"/>
            <w:vAlign w:val="center"/>
          </w:tcPr>
          <w:p>
            <w:pPr>
              <w:spacing w:after="40"/>
            </w:pPr>
            <w:r/>
            <w:r>
              <w:rPr>
                <w:rFonts w:ascii="Calibri" w:hAnsi="Calibri"/>
                <w:b/>
                <w:color w:val="667085"/>
                <w:sz w:val="15"/>
              </w:rPr>
              <w:t>FAILURE CODE</w:t>
            </w:r>
          </w:p>
          <w:p>
            <w:pPr>
              <w:spacing w:after="0"/>
            </w:pPr>
            <w:r>
              <w:rPr>
                <w:rFonts w:ascii="Calibri" w:hAnsi="Calibri"/>
                <w:b w:val="0"/>
                <w:color w:val="17212B"/>
                <w:sz w:val="19"/>
              </w:rPr>
              <w:t>__________________</w:t>
            </w:r>
          </w:p>
        </w:tc>
        <w:tc>
          <w:tcPr>
            <w:tcW w:type="dxa" w:w="2340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CCD5DF"/>
              <w:start w:val="single" w:sz="5" w:color="CCD5DF"/>
              <w:bottom w:val="single" w:sz="5" w:color="CCD5DF"/>
              <w:end w:val="single" w:sz="5" w:color="CCD5DF"/>
            </w:tcBorders>
            <w:shd w:fill="F4F6F8"/>
            <w:vAlign w:val="center"/>
          </w:tcPr>
          <w:p>
            <w:pPr>
              <w:spacing w:after="40"/>
            </w:pPr>
            <w:r/>
            <w:r>
              <w:rPr>
                <w:rFonts w:ascii="Calibri" w:hAnsi="Calibri"/>
                <w:b/>
                <w:color w:val="667085"/>
                <w:sz w:val="15"/>
              </w:rPr>
              <w:t>CAUSE CODE</w:t>
            </w:r>
          </w:p>
          <w:p>
            <w:pPr>
              <w:spacing w:after="0"/>
            </w:pPr>
            <w:r>
              <w:rPr>
                <w:rFonts w:ascii="Calibri" w:hAnsi="Calibri"/>
                <w:b w:val="0"/>
                <w:color w:val="17212B"/>
                <w:sz w:val="19"/>
              </w:rPr>
              <w:t>__________________</w:t>
            </w:r>
          </w:p>
        </w:tc>
        <w:tc>
          <w:tcPr>
            <w:tcW w:type="dxa" w:w="2340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CCD5DF"/>
              <w:start w:val="single" w:sz="5" w:color="CCD5DF"/>
              <w:bottom w:val="single" w:sz="5" w:color="CCD5DF"/>
              <w:end w:val="single" w:sz="5" w:color="CCD5DF"/>
            </w:tcBorders>
            <w:shd w:fill="F4F6F8"/>
            <w:vAlign w:val="center"/>
          </w:tcPr>
          <w:p>
            <w:pPr>
              <w:spacing w:after="40"/>
            </w:pPr>
            <w:r/>
            <w:r>
              <w:rPr>
                <w:rFonts w:ascii="Calibri" w:hAnsi="Calibri"/>
                <w:b/>
                <w:color w:val="667085"/>
                <w:sz w:val="15"/>
              </w:rPr>
              <w:t>RESOLUTION CODE</w:t>
            </w:r>
          </w:p>
          <w:p>
            <w:pPr>
              <w:spacing w:after="0"/>
            </w:pPr>
            <w:r>
              <w:rPr>
                <w:rFonts w:ascii="Calibri" w:hAnsi="Calibri"/>
                <w:b w:val="0"/>
                <w:color w:val="17212B"/>
                <w:sz w:val="19"/>
              </w:rPr>
              <w:t>__________________</w:t>
            </w:r>
          </w:p>
        </w:tc>
      </w:tr>
    </w:tbl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2160"/>
        <w:gridCol w:w="2160"/>
        <w:gridCol w:w="2340"/>
      </w:tblGrid>
      <w:tr>
        <w:trPr>
          <w:tblHeader w:val="true"/>
        </w:trPr>
        <w:tc>
          <w:tcPr>
            <w:tcW w:type="dxa" w:w="2700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CCD5DF"/>
              <w:start w:val="single" w:sz="5" w:color="CCD5DF"/>
              <w:bottom w:val="single" w:sz="5" w:color="CCD5DF"/>
              <w:end w:val="single" w:sz="5" w:color="CCD5DF"/>
            </w:tcBorders>
            <w:shd w:fill="EAF4F7"/>
            <w:vAlign w:val="center"/>
          </w:tcPr>
          <w:p>
            <w:pPr>
              <w:spacing w:after="40"/>
            </w:pPr>
            <w:r>
              <w:rPr>
                <w:color w:val="123A63"/>
              </w:rPr>
            </w:r>
            <w:r>
              <w:rPr>
                <w:rFonts w:ascii="Calibri" w:hAnsi="Calibri"/>
                <w:b/>
                <w:color w:val="667085"/>
                <w:sz w:val="15"/>
              </w:rPr>
              <w:t>TECHNICIAN / VENDOR</w:t>
            </w:r>
          </w:p>
        </w:tc>
        <w:tc>
          <w:tcPr>
            <w:tcW w:type="dxa" w:w="2160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CCD5DF"/>
              <w:start w:val="single" w:sz="5" w:color="CCD5DF"/>
              <w:bottom w:val="single" w:sz="5" w:color="CCD5DF"/>
              <w:end w:val="single" w:sz="5" w:color="CCD5DF"/>
            </w:tcBorders>
            <w:shd w:fill="EAF4F7"/>
            <w:vAlign w:val="center"/>
          </w:tcPr>
          <w:p>
            <w:pPr>
              <w:spacing w:after="40"/>
            </w:pPr>
            <w:r>
              <w:rPr>
                <w:color w:val="123A63"/>
              </w:rPr>
            </w:r>
            <w:r>
              <w:rPr>
                <w:rFonts w:ascii="Calibri" w:hAnsi="Calibri"/>
                <w:b/>
                <w:color w:val="667085"/>
                <w:sz w:val="15"/>
              </w:rPr>
              <w:t>DATE</w:t>
            </w:r>
          </w:p>
        </w:tc>
        <w:tc>
          <w:tcPr>
            <w:tcW w:type="dxa" w:w="2160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CCD5DF"/>
              <w:start w:val="single" w:sz="5" w:color="CCD5DF"/>
              <w:bottom w:val="single" w:sz="5" w:color="CCD5DF"/>
              <w:end w:val="single" w:sz="5" w:color="CCD5DF"/>
            </w:tcBorders>
            <w:shd w:fill="EAF4F7"/>
            <w:vAlign w:val="center"/>
          </w:tcPr>
          <w:p>
            <w:pPr>
              <w:spacing w:after="40"/>
            </w:pPr>
            <w:r>
              <w:rPr>
                <w:color w:val="123A63"/>
              </w:rPr>
            </w:r>
            <w:r>
              <w:rPr>
                <w:rFonts w:ascii="Calibri" w:hAnsi="Calibri"/>
                <w:b/>
                <w:color w:val="667085"/>
                <w:sz w:val="15"/>
              </w:rPr>
              <w:t>HOURS</w:t>
            </w:r>
          </w:p>
        </w:tc>
        <w:tc>
          <w:tcPr>
            <w:tcW w:type="dxa" w:w="2340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CCD5DF"/>
              <w:start w:val="single" w:sz="5" w:color="CCD5DF"/>
              <w:bottom w:val="single" w:sz="5" w:color="CCD5DF"/>
              <w:end w:val="single" w:sz="5" w:color="CCD5DF"/>
            </w:tcBorders>
            <w:shd w:fill="EAF4F7"/>
            <w:vAlign w:val="center"/>
          </w:tcPr>
          <w:p>
            <w:pPr>
              <w:spacing w:after="40"/>
            </w:pPr>
            <w:r>
              <w:rPr>
                <w:color w:val="123A63"/>
              </w:rPr>
            </w:r>
            <w:r>
              <w:rPr>
                <w:rFonts w:ascii="Calibri" w:hAnsi="Calibri"/>
                <w:b/>
                <w:color w:val="667085"/>
                <w:sz w:val="15"/>
              </w:rPr>
              <w:t>LABOR COST</w:t>
            </w:r>
          </w:p>
        </w:tc>
      </w:tr>
      <w:tr>
        <w:tc>
          <w:tcPr>
            <w:tcW w:type="dxa" w:w="2700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CCD5DF"/>
              <w:start w:val="single" w:sz="5" w:color="CCD5DF"/>
              <w:bottom w:val="single" w:sz="5" w:color="CCD5DF"/>
              <w:end w:val="single" w:sz="5" w:color="CCD5DF"/>
            </w:tcBorders>
            <w:shd w:fill="FFFFFF"/>
            <w:vAlign w:val="center"/>
          </w:tcPr>
          <w:p>
            <w:pPr>
              <w:spacing w:after="40"/>
            </w:pPr>
            <w:r/>
            <w:r>
              <w:rPr>
                <w:rFonts w:ascii="Calibri" w:hAnsi="Calibri"/>
                <w:b/>
                <w:color w:val="667085"/>
                <w:sz w:val="15"/>
              </w:rPr>
            </w:r>
          </w:p>
          <w:p>
            <w:pPr>
              <w:spacing w:after="0"/>
            </w:pPr>
            <w:r>
              <w:rPr>
                <w:rFonts w:ascii="Calibri" w:hAnsi="Calibri"/>
                <w:b w:val="0"/>
                <w:color w:val="17212B"/>
                <w:sz w:val="19"/>
              </w:rPr>
              <w:t xml:space="preserve"> </w:t>
            </w:r>
          </w:p>
        </w:tc>
        <w:tc>
          <w:tcPr>
            <w:tcW w:type="dxa" w:w="2160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CCD5DF"/>
              <w:start w:val="single" w:sz="5" w:color="CCD5DF"/>
              <w:bottom w:val="single" w:sz="5" w:color="CCD5DF"/>
              <w:end w:val="single" w:sz="5" w:color="CCD5DF"/>
            </w:tcBorders>
            <w:shd w:fill="FFFFFF"/>
            <w:vAlign w:val="center"/>
          </w:tcPr>
          <w:p>
            <w:pPr>
              <w:spacing w:after="40"/>
            </w:pPr>
            <w:r/>
            <w:r>
              <w:rPr>
                <w:rFonts w:ascii="Calibri" w:hAnsi="Calibri"/>
                <w:b/>
                <w:color w:val="667085"/>
                <w:sz w:val="15"/>
              </w:rPr>
            </w:r>
          </w:p>
          <w:p>
            <w:pPr>
              <w:spacing w:after="0"/>
            </w:pPr>
            <w:r>
              <w:rPr>
                <w:rFonts w:ascii="Calibri" w:hAnsi="Calibri"/>
                <w:b w:val="0"/>
                <w:color w:val="17212B"/>
                <w:sz w:val="19"/>
              </w:rPr>
              <w:t xml:space="preserve"> </w:t>
            </w:r>
          </w:p>
        </w:tc>
        <w:tc>
          <w:tcPr>
            <w:tcW w:type="dxa" w:w="2160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CCD5DF"/>
              <w:start w:val="single" w:sz="5" w:color="CCD5DF"/>
              <w:bottom w:val="single" w:sz="5" w:color="CCD5DF"/>
              <w:end w:val="single" w:sz="5" w:color="CCD5DF"/>
            </w:tcBorders>
            <w:shd w:fill="FFFFFF"/>
            <w:vAlign w:val="center"/>
          </w:tcPr>
          <w:p>
            <w:pPr>
              <w:spacing w:after="40"/>
            </w:pPr>
            <w:r/>
            <w:r>
              <w:rPr>
                <w:rFonts w:ascii="Calibri" w:hAnsi="Calibri"/>
                <w:b/>
                <w:color w:val="667085"/>
                <w:sz w:val="15"/>
              </w:rPr>
            </w:r>
          </w:p>
          <w:p>
            <w:pPr>
              <w:spacing w:after="0"/>
            </w:pPr>
            <w:r>
              <w:rPr>
                <w:rFonts w:ascii="Calibri" w:hAnsi="Calibri"/>
                <w:b w:val="0"/>
                <w:color w:val="17212B"/>
                <w:sz w:val="19"/>
              </w:rPr>
              <w:t xml:space="preserve"> </w:t>
            </w:r>
          </w:p>
        </w:tc>
        <w:tc>
          <w:tcPr>
            <w:tcW w:type="dxa" w:w="2340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CCD5DF"/>
              <w:start w:val="single" w:sz="5" w:color="CCD5DF"/>
              <w:bottom w:val="single" w:sz="5" w:color="CCD5DF"/>
              <w:end w:val="single" w:sz="5" w:color="CCD5DF"/>
            </w:tcBorders>
            <w:shd w:fill="FFFFFF"/>
            <w:vAlign w:val="center"/>
          </w:tcPr>
          <w:p>
            <w:pPr>
              <w:spacing w:after="40"/>
            </w:pPr>
            <w:r/>
            <w:r>
              <w:rPr>
                <w:rFonts w:ascii="Calibri" w:hAnsi="Calibri"/>
                <w:b/>
                <w:color w:val="667085"/>
                <w:sz w:val="15"/>
              </w:rPr>
            </w:r>
          </w:p>
          <w:p>
            <w:pPr>
              <w:spacing w:after="0"/>
            </w:pPr>
            <w:r>
              <w:rPr>
                <w:rFonts w:ascii="Calibri" w:hAnsi="Calibri"/>
                <w:b w:val="0"/>
                <w:color w:val="17212B"/>
                <w:sz w:val="19"/>
              </w:rPr>
              <w:t xml:space="preserve"> </w:t>
            </w:r>
          </w:p>
        </w:tc>
      </w:tr>
      <w:tr>
        <w:tc>
          <w:tcPr>
            <w:tcW w:type="dxa" w:w="2700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CCD5DF"/>
              <w:start w:val="single" w:sz="5" w:color="CCD5DF"/>
              <w:bottom w:val="single" w:sz="5" w:color="CCD5DF"/>
              <w:end w:val="single" w:sz="5" w:color="CCD5DF"/>
            </w:tcBorders>
            <w:shd w:fill="FFFFFF"/>
            <w:vAlign w:val="center"/>
          </w:tcPr>
          <w:p>
            <w:pPr>
              <w:spacing w:after="40"/>
            </w:pPr>
            <w:r/>
            <w:r>
              <w:rPr>
                <w:rFonts w:ascii="Calibri" w:hAnsi="Calibri"/>
                <w:b/>
                <w:color w:val="667085"/>
                <w:sz w:val="15"/>
              </w:rPr>
            </w:r>
          </w:p>
          <w:p>
            <w:pPr>
              <w:spacing w:after="0"/>
            </w:pPr>
            <w:r>
              <w:rPr>
                <w:rFonts w:ascii="Calibri" w:hAnsi="Calibri"/>
                <w:b w:val="0"/>
                <w:color w:val="17212B"/>
                <w:sz w:val="19"/>
              </w:rPr>
              <w:t xml:space="preserve"> </w:t>
            </w:r>
          </w:p>
        </w:tc>
        <w:tc>
          <w:tcPr>
            <w:tcW w:type="dxa" w:w="2160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CCD5DF"/>
              <w:start w:val="single" w:sz="5" w:color="CCD5DF"/>
              <w:bottom w:val="single" w:sz="5" w:color="CCD5DF"/>
              <w:end w:val="single" w:sz="5" w:color="CCD5DF"/>
            </w:tcBorders>
            <w:shd w:fill="FFFFFF"/>
            <w:vAlign w:val="center"/>
          </w:tcPr>
          <w:p>
            <w:pPr>
              <w:spacing w:after="40"/>
            </w:pPr>
            <w:r/>
            <w:r>
              <w:rPr>
                <w:rFonts w:ascii="Calibri" w:hAnsi="Calibri"/>
                <w:b/>
                <w:color w:val="667085"/>
                <w:sz w:val="15"/>
              </w:rPr>
            </w:r>
          </w:p>
          <w:p>
            <w:pPr>
              <w:spacing w:after="0"/>
            </w:pPr>
            <w:r>
              <w:rPr>
                <w:rFonts w:ascii="Calibri" w:hAnsi="Calibri"/>
                <w:b w:val="0"/>
                <w:color w:val="17212B"/>
                <w:sz w:val="19"/>
              </w:rPr>
              <w:t xml:space="preserve"> </w:t>
            </w:r>
          </w:p>
        </w:tc>
        <w:tc>
          <w:tcPr>
            <w:tcW w:type="dxa" w:w="2160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CCD5DF"/>
              <w:start w:val="single" w:sz="5" w:color="CCD5DF"/>
              <w:bottom w:val="single" w:sz="5" w:color="CCD5DF"/>
              <w:end w:val="single" w:sz="5" w:color="CCD5DF"/>
            </w:tcBorders>
            <w:shd w:fill="FFFFFF"/>
            <w:vAlign w:val="center"/>
          </w:tcPr>
          <w:p>
            <w:pPr>
              <w:spacing w:after="40"/>
            </w:pPr>
            <w:r/>
            <w:r>
              <w:rPr>
                <w:rFonts w:ascii="Calibri" w:hAnsi="Calibri"/>
                <w:b/>
                <w:color w:val="667085"/>
                <w:sz w:val="15"/>
              </w:rPr>
            </w:r>
          </w:p>
          <w:p>
            <w:pPr>
              <w:spacing w:after="0"/>
            </w:pPr>
            <w:r>
              <w:rPr>
                <w:rFonts w:ascii="Calibri" w:hAnsi="Calibri"/>
                <w:b w:val="0"/>
                <w:color w:val="17212B"/>
                <w:sz w:val="19"/>
              </w:rPr>
              <w:t xml:space="preserve"> </w:t>
            </w:r>
          </w:p>
        </w:tc>
        <w:tc>
          <w:tcPr>
            <w:tcW w:type="dxa" w:w="2340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CCD5DF"/>
              <w:start w:val="single" w:sz="5" w:color="CCD5DF"/>
              <w:bottom w:val="single" w:sz="5" w:color="CCD5DF"/>
              <w:end w:val="single" w:sz="5" w:color="CCD5DF"/>
            </w:tcBorders>
            <w:shd w:fill="FFFFFF"/>
            <w:vAlign w:val="center"/>
          </w:tcPr>
          <w:p>
            <w:pPr>
              <w:spacing w:after="40"/>
            </w:pPr>
            <w:r/>
            <w:r>
              <w:rPr>
                <w:rFonts w:ascii="Calibri" w:hAnsi="Calibri"/>
                <w:b/>
                <w:color w:val="667085"/>
                <w:sz w:val="15"/>
              </w:rPr>
            </w:r>
          </w:p>
          <w:p>
            <w:pPr>
              <w:spacing w:after="0"/>
            </w:pPr>
            <w:r>
              <w:rPr>
                <w:rFonts w:ascii="Calibri" w:hAnsi="Calibri"/>
                <w:b w:val="0"/>
                <w:color w:val="17212B"/>
                <w:sz w:val="19"/>
              </w:rPr>
              <w:t xml:space="preserve"> </w:t>
            </w:r>
          </w:p>
        </w:tc>
      </w:tr>
    </w:tbl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800"/>
        <w:gridCol w:w="2880"/>
        <w:gridCol w:w="1440"/>
        <w:gridCol w:w="1620"/>
        <w:gridCol w:w="1620"/>
      </w:tblGrid>
      <w:tr>
        <w:trPr>
          <w:tblHeader w:val="true"/>
        </w:trPr>
        <w:tc>
          <w:tcPr>
            <w:tcW w:type="dxa" w:w="1800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CCD5DF"/>
              <w:start w:val="single" w:sz="5" w:color="CCD5DF"/>
              <w:bottom w:val="single" w:sz="5" w:color="CCD5DF"/>
              <w:end w:val="single" w:sz="5" w:color="CCD5DF"/>
            </w:tcBorders>
            <w:shd w:fill="EAF4F7"/>
            <w:vAlign w:val="center"/>
          </w:tcPr>
          <w:p>
            <w:pPr>
              <w:spacing w:after="40"/>
            </w:pPr>
            <w:r>
              <w:rPr>
                <w:color w:val="123A63"/>
              </w:rPr>
            </w:r>
            <w:r>
              <w:rPr>
                <w:rFonts w:ascii="Calibri" w:hAnsi="Calibri"/>
                <w:b/>
                <w:color w:val="667085"/>
                <w:sz w:val="15"/>
              </w:rPr>
              <w:t>PART NUMBER</w:t>
            </w:r>
          </w:p>
        </w:tc>
        <w:tc>
          <w:tcPr>
            <w:tcW w:type="dxa" w:w="2880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CCD5DF"/>
              <w:start w:val="single" w:sz="5" w:color="CCD5DF"/>
              <w:bottom w:val="single" w:sz="5" w:color="CCD5DF"/>
              <w:end w:val="single" w:sz="5" w:color="CCD5DF"/>
            </w:tcBorders>
            <w:shd w:fill="EAF4F7"/>
            <w:vAlign w:val="center"/>
          </w:tcPr>
          <w:p>
            <w:pPr>
              <w:spacing w:after="40"/>
            </w:pPr>
            <w:r>
              <w:rPr>
                <w:color w:val="123A63"/>
              </w:rPr>
            </w:r>
            <w:r>
              <w:rPr>
                <w:rFonts w:ascii="Calibri" w:hAnsi="Calibri"/>
                <w:b/>
                <w:color w:val="667085"/>
                <w:sz w:val="15"/>
              </w:rPr>
              <w:t>PART / MATERIAL</w:t>
            </w:r>
          </w:p>
        </w:tc>
        <w:tc>
          <w:tcPr>
            <w:tcW w:type="dxa" w:w="1440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CCD5DF"/>
              <w:start w:val="single" w:sz="5" w:color="CCD5DF"/>
              <w:bottom w:val="single" w:sz="5" w:color="CCD5DF"/>
              <w:end w:val="single" w:sz="5" w:color="CCD5DF"/>
            </w:tcBorders>
            <w:shd w:fill="EAF4F7"/>
            <w:vAlign w:val="center"/>
          </w:tcPr>
          <w:p>
            <w:pPr>
              <w:spacing w:after="40"/>
            </w:pPr>
            <w:r>
              <w:rPr>
                <w:color w:val="123A63"/>
              </w:rPr>
            </w:r>
            <w:r>
              <w:rPr>
                <w:rFonts w:ascii="Calibri" w:hAnsi="Calibri"/>
                <w:b/>
                <w:color w:val="667085"/>
                <w:sz w:val="15"/>
              </w:rPr>
              <w:t>QTY</w:t>
            </w:r>
          </w:p>
        </w:tc>
        <w:tc>
          <w:tcPr>
            <w:tcW w:type="dxa" w:w="1620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CCD5DF"/>
              <w:start w:val="single" w:sz="5" w:color="CCD5DF"/>
              <w:bottom w:val="single" w:sz="5" w:color="CCD5DF"/>
              <w:end w:val="single" w:sz="5" w:color="CCD5DF"/>
            </w:tcBorders>
            <w:shd w:fill="EAF4F7"/>
            <w:vAlign w:val="center"/>
          </w:tcPr>
          <w:p>
            <w:pPr>
              <w:spacing w:after="40"/>
            </w:pPr>
            <w:r>
              <w:rPr>
                <w:color w:val="123A63"/>
              </w:rPr>
            </w:r>
            <w:r>
              <w:rPr>
                <w:rFonts w:ascii="Calibri" w:hAnsi="Calibri"/>
                <w:b/>
                <w:color w:val="667085"/>
                <w:sz w:val="15"/>
              </w:rPr>
              <w:t>UNIT COST</w:t>
            </w:r>
          </w:p>
        </w:tc>
        <w:tc>
          <w:tcPr>
            <w:tcW w:type="dxa" w:w="1620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CCD5DF"/>
              <w:start w:val="single" w:sz="5" w:color="CCD5DF"/>
              <w:bottom w:val="single" w:sz="5" w:color="CCD5DF"/>
              <w:end w:val="single" w:sz="5" w:color="CCD5DF"/>
            </w:tcBorders>
            <w:shd w:fill="EAF4F7"/>
            <w:vAlign w:val="center"/>
          </w:tcPr>
          <w:p>
            <w:pPr>
              <w:spacing w:after="40"/>
            </w:pPr>
            <w:r>
              <w:rPr>
                <w:color w:val="123A63"/>
              </w:rPr>
            </w:r>
            <w:r>
              <w:rPr>
                <w:rFonts w:ascii="Calibri" w:hAnsi="Calibri"/>
                <w:b/>
                <w:color w:val="667085"/>
                <w:sz w:val="15"/>
              </w:rPr>
              <w:t>TOTAL</w:t>
            </w:r>
          </w:p>
        </w:tc>
      </w:tr>
      <w:tr>
        <w:tc>
          <w:tcPr>
            <w:tcW w:type="dxa" w:w="1800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CCD5DF"/>
              <w:start w:val="single" w:sz="5" w:color="CCD5DF"/>
              <w:bottom w:val="single" w:sz="5" w:color="CCD5DF"/>
              <w:end w:val="single" w:sz="5" w:color="CCD5DF"/>
            </w:tcBorders>
            <w:shd w:fill="FFFFFF"/>
            <w:vAlign w:val="center"/>
          </w:tcPr>
          <w:p>
            <w:pPr>
              <w:spacing w:after="40"/>
            </w:pPr>
            <w:r/>
            <w:r>
              <w:rPr>
                <w:rFonts w:ascii="Calibri" w:hAnsi="Calibri"/>
                <w:b/>
                <w:color w:val="667085"/>
                <w:sz w:val="15"/>
              </w:rPr>
            </w:r>
          </w:p>
          <w:p>
            <w:pPr>
              <w:spacing w:after="0"/>
            </w:pPr>
            <w:r>
              <w:rPr>
                <w:rFonts w:ascii="Calibri" w:hAnsi="Calibri"/>
                <w:b w:val="0"/>
                <w:color w:val="17212B"/>
                <w:sz w:val="19"/>
              </w:rPr>
              <w:t xml:space="preserve"> </w:t>
            </w:r>
          </w:p>
        </w:tc>
        <w:tc>
          <w:tcPr>
            <w:tcW w:type="dxa" w:w="2880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CCD5DF"/>
              <w:start w:val="single" w:sz="5" w:color="CCD5DF"/>
              <w:bottom w:val="single" w:sz="5" w:color="CCD5DF"/>
              <w:end w:val="single" w:sz="5" w:color="CCD5DF"/>
            </w:tcBorders>
            <w:shd w:fill="FFFFFF"/>
            <w:vAlign w:val="center"/>
          </w:tcPr>
          <w:p>
            <w:pPr>
              <w:spacing w:after="40"/>
            </w:pPr>
            <w:r/>
            <w:r>
              <w:rPr>
                <w:rFonts w:ascii="Calibri" w:hAnsi="Calibri"/>
                <w:b/>
                <w:color w:val="667085"/>
                <w:sz w:val="15"/>
              </w:rPr>
            </w:r>
          </w:p>
          <w:p>
            <w:pPr>
              <w:spacing w:after="0"/>
            </w:pPr>
            <w:r>
              <w:rPr>
                <w:rFonts w:ascii="Calibri" w:hAnsi="Calibri"/>
                <w:b w:val="0"/>
                <w:color w:val="17212B"/>
                <w:sz w:val="19"/>
              </w:rPr>
              <w:t xml:space="preserve"> </w:t>
            </w:r>
          </w:p>
        </w:tc>
        <w:tc>
          <w:tcPr>
            <w:tcW w:type="dxa" w:w="1440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CCD5DF"/>
              <w:start w:val="single" w:sz="5" w:color="CCD5DF"/>
              <w:bottom w:val="single" w:sz="5" w:color="CCD5DF"/>
              <w:end w:val="single" w:sz="5" w:color="CCD5DF"/>
            </w:tcBorders>
            <w:shd w:fill="FFFFFF"/>
            <w:vAlign w:val="center"/>
          </w:tcPr>
          <w:p>
            <w:pPr>
              <w:spacing w:after="40"/>
            </w:pPr>
            <w:r/>
            <w:r>
              <w:rPr>
                <w:rFonts w:ascii="Calibri" w:hAnsi="Calibri"/>
                <w:b/>
                <w:color w:val="667085"/>
                <w:sz w:val="15"/>
              </w:rPr>
            </w:r>
          </w:p>
          <w:p>
            <w:pPr>
              <w:spacing w:after="0"/>
            </w:pPr>
            <w:r>
              <w:rPr>
                <w:rFonts w:ascii="Calibri" w:hAnsi="Calibri"/>
                <w:b w:val="0"/>
                <w:color w:val="17212B"/>
                <w:sz w:val="19"/>
              </w:rPr>
              <w:t xml:space="preserve"> </w:t>
            </w:r>
          </w:p>
        </w:tc>
        <w:tc>
          <w:tcPr>
            <w:tcW w:type="dxa" w:w="1620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CCD5DF"/>
              <w:start w:val="single" w:sz="5" w:color="CCD5DF"/>
              <w:bottom w:val="single" w:sz="5" w:color="CCD5DF"/>
              <w:end w:val="single" w:sz="5" w:color="CCD5DF"/>
            </w:tcBorders>
            <w:shd w:fill="FFFFFF"/>
            <w:vAlign w:val="center"/>
          </w:tcPr>
          <w:p>
            <w:pPr>
              <w:spacing w:after="40"/>
            </w:pPr>
            <w:r/>
            <w:r>
              <w:rPr>
                <w:rFonts w:ascii="Calibri" w:hAnsi="Calibri"/>
                <w:b/>
                <w:color w:val="667085"/>
                <w:sz w:val="15"/>
              </w:rPr>
            </w:r>
          </w:p>
          <w:p>
            <w:pPr>
              <w:spacing w:after="0"/>
            </w:pPr>
            <w:r>
              <w:rPr>
                <w:rFonts w:ascii="Calibri" w:hAnsi="Calibri"/>
                <w:b w:val="0"/>
                <w:color w:val="17212B"/>
                <w:sz w:val="19"/>
              </w:rPr>
              <w:t xml:space="preserve"> </w:t>
            </w:r>
          </w:p>
        </w:tc>
        <w:tc>
          <w:tcPr>
            <w:tcW w:type="dxa" w:w="1620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CCD5DF"/>
              <w:start w:val="single" w:sz="5" w:color="CCD5DF"/>
              <w:bottom w:val="single" w:sz="5" w:color="CCD5DF"/>
              <w:end w:val="single" w:sz="5" w:color="CCD5DF"/>
            </w:tcBorders>
            <w:shd w:fill="FFFFFF"/>
            <w:vAlign w:val="center"/>
          </w:tcPr>
          <w:p>
            <w:pPr>
              <w:spacing w:after="40"/>
            </w:pPr>
            <w:r/>
            <w:r>
              <w:rPr>
                <w:rFonts w:ascii="Calibri" w:hAnsi="Calibri"/>
                <w:b/>
                <w:color w:val="667085"/>
                <w:sz w:val="15"/>
              </w:rPr>
            </w:r>
          </w:p>
          <w:p>
            <w:pPr>
              <w:spacing w:after="0"/>
            </w:pPr>
            <w:r>
              <w:rPr>
                <w:rFonts w:ascii="Calibri" w:hAnsi="Calibri"/>
                <w:b w:val="0"/>
                <w:color w:val="17212B"/>
                <w:sz w:val="19"/>
              </w:rPr>
              <w:t xml:space="preserve"> </w:t>
            </w:r>
          </w:p>
        </w:tc>
      </w:tr>
      <w:tr>
        <w:tc>
          <w:tcPr>
            <w:tcW w:type="dxa" w:w="1800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CCD5DF"/>
              <w:start w:val="single" w:sz="5" w:color="CCD5DF"/>
              <w:bottom w:val="single" w:sz="5" w:color="CCD5DF"/>
              <w:end w:val="single" w:sz="5" w:color="CCD5DF"/>
            </w:tcBorders>
            <w:shd w:fill="FFFFFF"/>
            <w:vAlign w:val="center"/>
          </w:tcPr>
          <w:p>
            <w:pPr>
              <w:spacing w:after="40"/>
            </w:pPr>
            <w:r/>
            <w:r>
              <w:rPr>
                <w:rFonts w:ascii="Calibri" w:hAnsi="Calibri"/>
                <w:b/>
                <w:color w:val="667085"/>
                <w:sz w:val="15"/>
              </w:rPr>
            </w:r>
          </w:p>
          <w:p>
            <w:pPr>
              <w:spacing w:after="0"/>
            </w:pPr>
            <w:r>
              <w:rPr>
                <w:rFonts w:ascii="Calibri" w:hAnsi="Calibri"/>
                <w:b w:val="0"/>
                <w:color w:val="17212B"/>
                <w:sz w:val="19"/>
              </w:rPr>
              <w:t xml:space="preserve"> </w:t>
            </w:r>
          </w:p>
        </w:tc>
        <w:tc>
          <w:tcPr>
            <w:tcW w:type="dxa" w:w="2880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CCD5DF"/>
              <w:start w:val="single" w:sz="5" w:color="CCD5DF"/>
              <w:bottom w:val="single" w:sz="5" w:color="CCD5DF"/>
              <w:end w:val="single" w:sz="5" w:color="CCD5DF"/>
            </w:tcBorders>
            <w:shd w:fill="FFFFFF"/>
            <w:vAlign w:val="center"/>
          </w:tcPr>
          <w:p>
            <w:pPr>
              <w:spacing w:after="40"/>
            </w:pPr>
            <w:r/>
            <w:r>
              <w:rPr>
                <w:rFonts w:ascii="Calibri" w:hAnsi="Calibri"/>
                <w:b/>
                <w:color w:val="667085"/>
                <w:sz w:val="15"/>
              </w:rPr>
            </w:r>
          </w:p>
          <w:p>
            <w:pPr>
              <w:spacing w:after="0"/>
            </w:pPr>
            <w:r>
              <w:rPr>
                <w:rFonts w:ascii="Calibri" w:hAnsi="Calibri"/>
                <w:b w:val="0"/>
                <w:color w:val="17212B"/>
                <w:sz w:val="19"/>
              </w:rPr>
              <w:t xml:space="preserve"> </w:t>
            </w:r>
          </w:p>
        </w:tc>
        <w:tc>
          <w:tcPr>
            <w:tcW w:type="dxa" w:w="1440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CCD5DF"/>
              <w:start w:val="single" w:sz="5" w:color="CCD5DF"/>
              <w:bottom w:val="single" w:sz="5" w:color="CCD5DF"/>
              <w:end w:val="single" w:sz="5" w:color="CCD5DF"/>
            </w:tcBorders>
            <w:shd w:fill="FFFFFF"/>
            <w:vAlign w:val="center"/>
          </w:tcPr>
          <w:p>
            <w:pPr>
              <w:spacing w:after="40"/>
            </w:pPr>
            <w:r/>
            <w:r>
              <w:rPr>
                <w:rFonts w:ascii="Calibri" w:hAnsi="Calibri"/>
                <w:b/>
                <w:color w:val="667085"/>
                <w:sz w:val="15"/>
              </w:rPr>
            </w:r>
          </w:p>
          <w:p>
            <w:pPr>
              <w:spacing w:after="0"/>
            </w:pPr>
            <w:r>
              <w:rPr>
                <w:rFonts w:ascii="Calibri" w:hAnsi="Calibri"/>
                <w:b w:val="0"/>
                <w:color w:val="17212B"/>
                <w:sz w:val="19"/>
              </w:rPr>
              <w:t xml:space="preserve"> </w:t>
            </w:r>
          </w:p>
        </w:tc>
        <w:tc>
          <w:tcPr>
            <w:tcW w:type="dxa" w:w="1620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CCD5DF"/>
              <w:start w:val="single" w:sz="5" w:color="CCD5DF"/>
              <w:bottom w:val="single" w:sz="5" w:color="CCD5DF"/>
              <w:end w:val="single" w:sz="5" w:color="CCD5DF"/>
            </w:tcBorders>
            <w:shd w:fill="FFFFFF"/>
            <w:vAlign w:val="center"/>
          </w:tcPr>
          <w:p>
            <w:pPr>
              <w:spacing w:after="40"/>
            </w:pPr>
            <w:r/>
            <w:r>
              <w:rPr>
                <w:rFonts w:ascii="Calibri" w:hAnsi="Calibri"/>
                <w:b/>
                <w:color w:val="667085"/>
                <w:sz w:val="15"/>
              </w:rPr>
            </w:r>
          </w:p>
          <w:p>
            <w:pPr>
              <w:spacing w:after="0"/>
            </w:pPr>
            <w:r>
              <w:rPr>
                <w:rFonts w:ascii="Calibri" w:hAnsi="Calibri"/>
                <w:b w:val="0"/>
                <w:color w:val="17212B"/>
                <w:sz w:val="19"/>
              </w:rPr>
              <w:t xml:space="preserve"> </w:t>
            </w:r>
          </w:p>
        </w:tc>
        <w:tc>
          <w:tcPr>
            <w:tcW w:type="dxa" w:w="1620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CCD5DF"/>
              <w:start w:val="single" w:sz="5" w:color="CCD5DF"/>
              <w:bottom w:val="single" w:sz="5" w:color="CCD5DF"/>
              <w:end w:val="single" w:sz="5" w:color="CCD5DF"/>
            </w:tcBorders>
            <w:shd w:fill="FFFFFF"/>
            <w:vAlign w:val="center"/>
          </w:tcPr>
          <w:p>
            <w:pPr>
              <w:spacing w:after="40"/>
            </w:pPr>
            <w:r/>
            <w:r>
              <w:rPr>
                <w:rFonts w:ascii="Calibri" w:hAnsi="Calibri"/>
                <w:b/>
                <w:color w:val="667085"/>
                <w:sz w:val="15"/>
              </w:rPr>
            </w:r>
          </w:p>
          <w:p>
            <w:pPr>
              <w:spacing w:after="0"/>
            </w:pPr>
            <w:r>
              <w:rPr>
                <w:rFonts w:ascii="Calibri" w:hAnsi="Calibri"/>
                <w:b w:val="0"/>
                <w:color w:val="17212B"/>
                <w:sz w:val="19"/>
              </w:rPr>
              <w:t xml:space="preserve"> </w:t>
            </w:r>
          </w:p>
        </w:tc>
      </w:tr>
    </w:tbl>
    <w:p>
      <w:pPr>
        <w:keepNext/>
        <w:spacing w:before="200" w:after="100"/>
      </w:pPr>
      <w:r>
        <w:rPr>
          <w:rFonts w:ascii="Calibri" w:hAnsi="Calibri"/>
          <w:b/>
          <w:color w:val="176B87"/>
          <w:sz w:val="18"/>
        </w:rPr>
        <w:t xml:space="preserve">04  </w:t>
      </w:r>
      <w:r>
        <w:rPr>
          <w:rFonts w:ascii="Calibri" w:hAnsi="Calibri"/>
          <w:b/>
          <w:color w:val="123A63"/>
          <w:sz w:val="26"/>
        </w:rPr>
        <w:t>Diagnosis, repair, and verification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4680"/>
        <w:gridCol w:w="4680"/>
      </w:tblGrid>
      <w:tr>
        <w:tc>
          <w:tcPr>
            <w:tcW w:type="dxa" w:w="4680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CCD5DF"/>
              <w:start w:val="single" w:sz="5" w:color="CCD5DF"/>
              <w:bottom w:val="single" w:sz="5" w:color="CCD5DF"/>
              <w:end w:val="single" w:sz="5" w:color="CCD5DF"/>
            </w:tcBorders>
            <w:shd w:fill="FFFFFF"/>
            <w:vAlign w:val="center"/>
          </w:tcPr>
          <w:p>
            <w:pPr>
              <w:spacing w:after="40"/>
            </w:pPr>
            <w:r/>
            <w:r>
              <w:rPr>
                <w:rFonts w:ascii="Calibri" w:hAnsi="Calibri"/>
                <w:b/>
                <w:color w:val="667085"/>
                <w:sz w:val="15"/>
              </w:rPr>
              <w:t>CAUSE / CONDITION FOUND</w:t>
            </w:r>
          </w:p>
          <w:p>
            <w:pPr>
              <w:spacing w:after="0"/>
            </w:pPr>
            <w:r>
              <w:rPr>
                <w:rFonts w:ascii="Calibri" w:hAnsi="Calibri"/>
                <w:b w:val="0"/>
                <w:color w:val="17212B"/>
                <w:sz w:val="19"/>
              </w:rPr>
              <w:t>Record evidence, measurements, and the most likely cause.</w:t>
            </w:r>
          </w:p>
          <w:p>
            <w:pPr>
              <w:spacing w:after="140"/>
            </w:pPr>
            <w:r>
              <w:t xml:space="preserve"> </w:t>
            </w:r>
          </w:p>
          <w:p>
            <w:pPr>
              <w:spacing w:after="140"/>
            </w:pPr>
            <w:r>
              <w:t xml:space="preserve"> </w:t>
            </w:r>
          </w:p>
        </w:tc>
        <w:tc>
          <w:tcPr>
            <w:tcW w:type="dxa" w:w="4680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CCD5DF"/>
              <w:start w:val="single" w:sz="5" w:color="CCD5DF"/>
              <w:bottom w:val="single" w:sz="5" w:color="CCD5DF"/>
              <w:end w:val="single" w:sz="5" w:color="CCD5DF"/>
            </w:tcBorders>
            <w:shd w:fill="FFFFFF"/>
            <w:vAlign w:val="center"/>
          </w:tcPr>
          <w:p>
            <w:pPr>
              <w:spacing w:after="40"/>
            </w:pPr>
            <w:r/>
            <w:r>
              <w:rPr>
                <w:rFonts w:ascii="Calibri" w:hAnsi="Calibri"/>
                <w:b/>
                <w:color w:val="667085"/>
                <w:sz w:val="15"/>
              </w:rPr>
              <w:t>WORK PERFORMED</w:t>
            </w:r>
          </w:p>
          <w:p>
            <w:pPr>
              <w:spacing w:after="0"/>
            </w:pPr>
            <w:r>
              <w:rPr>
                <w:rFonts w:ascii="Calibri" w:hAnsi="Calibri"/>
                <w:b w:val="0"/>
                <w:color w:val="17212B"/>
                <w:sz w:val="19"/>
              </w:rPr>
              <w:t>Record repair, adjustment, replacement, or inspection completed.</w:t>
            </w:r>
          </w:p>
          <w:p>
            <w:pPr>
              <w:spacing w:after="140"/>
            </w:pPr>
            <w:r>
              <w:t xml:space="preserve"> </w:t>
            </w:r>
          </w:p>
          <w:p>
            <w:pPr>
              <w:spacing w:after="140"/>
            </w:pPr>
            <w:r>
              <w:t xml:space="preserve"> </w:t>
            </w:r>
          </w:p>
        </w:tc>
      </w:tr>
      <w:tr>
        <w:tc>
          <w:tcPr>
            <w:tcW w:type="dxa" w:w="4680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CCD5DF"/>
              <w:start w:val="single" w:sz="5" w:color="CCD5DF"/>
              <w:bottom w:val="single" w:sz="5" w:color="CCD5DF"/>
              <w:end w:val="single" w:sz="5" w:color="CCD5DF"/>
            </w:tcBorders>
            <w:shd w:fill="FFFFFF"/>
            <w:vAlign w:val="center"/>
          </w:tcPr>
          <w:p>
            <w:pPr>
              <w:spacing w:after="40"/>
            </w:pPr>
            <w:r/>
            <w:r>
              <w:rPr>
                <w:rFonts w:ascii="Calibri" w:hAnsi="Calibri"/>
                <w:b/>
                <w:color w:val="667085"/>
                <w:sz w:val="15"/>
              </w:rPr>
              <w:t>TEST AND RETURN-TO-SERVICE RESULT</w:t>
            </w:r>
          </w:p>
          <w:p>
            <w:pPr>
              <w:spacing w:after="0"/>
            </w:pPr>
            <w:r>
              <w:rPr>
                <w:rFonts w:ascii="Calibri" w:hAnsi="Calibri"/>
                <w:b w:val="0"/>
                <w:color w:val="17212B"/>
                <w:sz w:val="19"/>
              </w:rPr>
              <w:t>Acceptance criterion: ______________________________</w:t>
            </w:r>
          </w:p>
          <w:p>
            <w:pPr>
              <w:spacing w:after="140"/>
            </w:pPr>
            <w:r>
              <w:t xml:space="preserve"> </w:t>
            </w:r>
          </w:p>
        </w:tc>
        <w:tc>
          <w:tcPr>
            <w:tcW w:type="dxa" w:w="4680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CCD5DF"/>
              <w:start w:val="single" w:sz="5" w:color="CCD5DF"/>
              <w:bottom w:val="single" w:sz="5" w:color="CCD5DF"/>
              <w:end w:val="single" w:sz="5" w:color="CCD5DF"/>
            </w:tcBorders>
            <w:shd w:fill="FFFFFF"/>
            <w:vAlign w:val="center"/>
          </w:tcPr>
          <w:p>
            <w:pPr>
              <w:spacing w:after="40"/>
            </w:pPr>
            <w:r/>
            <w:r>
              <w:rPr>
                <w:rFonts w:ascii="Calibri" w:hAnsi="Calibri"/>
                <w:b/>
                <w:color w:val="667085"/>
                <w:sz w:val="15"/>
              </w:rPr>
              <w:t>FOLLOW-UP WORK</w:t>
            </w:r>
          </w:p>
          <w:p>
            <w:pPr>
              <w:spacing w:after="0"/>
            </w:pPr>
            <w:r>
              <w:rPr>
                <w:rFonts w:ascii="Calibri" w:hAnsi="Calibri"/>
                <w:b w:val="0"/>
                <w:color w:val="17212B"/>
                <w:sz w:val="19"/>
              </w:rPr>
              <w:t>[ ] None  [ ] Corrective WO  [ ] PM change  [ ] Engineering review</w:t>
            </w:r>
          </w:p>
          <w:p>
            <w:pPr>
              <w:spacing w:after="140"/>
            </w:pPr>
            <w:r>
              <w:t xml:space="preserve"> </w:t>
            </w:r>
          </w:p>
        </w:tc>
      </w:tr>
    </w:tbl>
    <w:p>
      <w:pPr>
        <w:keepNext/>
        <w:spacing w:before="200" w:after="100"/>
      </w:pPr>
      <w:r>
        <w:rPr>
          <w:rFonts w:ascii="Calibri" w:hAnsi="Calibri"/>
          <w:b/>
          <w:color w:val="176B87"/>
          <w:sz w:val="18"/>
        </w:rPr>
        <w:t xml:space="preserve">05  </w:t>
      </w:r>
      <w:r>
        <w:rPr>
          <w:rFonts w:ascii="Calibri" w:hAnsi="Calibri"/>
          <w:b/>
          <w:color w:val="123A63"/>
          <w:sz w:val="26"/>
        </w:rPr>
        <w:t>Close-out</w:t>
      </w:r>
      <w:r>
        <w:rPr>
          <w:rFonts w:ascii="Calibri" w:hAnsi="Calibri"/>
          <w:b w:val="0"/>
          <w:color w:val="667085"/>
          <w:sz w:val="17"/>
        </w:rPr>
        <w:t xml:space="preserve">  Make the completed record useful to the next person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3120"/>
        <w:gridCol w:w="3120"/>
        <w:gridCol w:w="3120"/>
      </w:tblGrid>
      <w:tr>
        <w:tc>
          <w:tcPr>
            <w:tcW w:type="dxa" w:w="3120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CCD5DF"/>
              <w:start w:val="single" w:sz="5" w:color="CCD5DF"/>
              <w:bottom w:val="single" w:sz="5" w:color="CCD5DF"/>
              <w:end w:val="single" w:sz="5" w:color="CCD5DF"/>
            </w:tcBorders>
            <w:shd w:fill="F4F6F8"/>
            <w:vAlign w:val="center"/>
          </w:tcPr>
          <w:p>
            <w:pPr>
              <w:spacing w:after="40"/>
            </w:pPr>
            <w:r/>
            <w:r>
              <w:rPr>
                <w:rFonts w:ascii="Calibri" w:hAnsi="Calibri"/>
                <w:b/>
                <w:color w:val="667085"/>
                <w:sz w:val="15"/>
              </w:rPr>
              <w:t>FINAL STATUS</w:t>
            </w:r>
          </w:p>
          <w:p>
            <w:pPr>
              <w:spacing w:after="0"/>
            </w:pPr>
            <w:r>
              <w:rPr>
                <w:rFonts w:ascii="Calibri" w:hAnsi="Calibri"/>
                <w:b w:val="0"/>
                <w:color w:val="17212B"/>
                <w:sz w:val="19"/>
              </w:rPr>
              <w:t>[ ] Completed  [ ] Closed  [ ] On hold  [ ] Cancelled</w:t>
            </w:r>
          </w:p>
        </w:tc>
        <w:tc>
          <w:tcPr>
            <w:tcW w:type="dxa" w:w="3120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CCD5DF"/>
              <w:start w:val="single" w:sz="5" w:color="CCD5DF"/>
              <w:bottom w:val="single" w:sz="5" w:color="CCD5DF"/>
              <w:end w:val="single" w:sz="5" w:color="CCD5DF"/>
            </w:tcBorders>
            <w:shd w:fill="F4F6F8"/>
            <w:vAlign w:val="center"/>
          </w:tcPr>
          <w:p>
            <w:pPr>
              <w:spacing w:after="40"/>
            </w:pPr>
            <w:r/>
            <w:r>
              <w:rPr>
                <w:rFonts w:ascii="Calibri" w:hAnsi="Calibri"/>
                <w:b/>
                <w:color w:val="667085"/>
                <w:sz w:val="15"/>
              </w:rPr>
              <w:t>TOTAL LABOR</w:t>
            </w:r>
          </w:p>
          <w:p>
            <w:pPr>
              <w:spacing w:after="0"/>
            </w:pPr>
            <w:r>
              <w:rPr>
                <w:rFonts w:ascii="Calibri" w:hAnsi="Calibri"/>
                <w:b w:val="0"/>
                <w:color w:val="17212B"/>
                <w:sz w:val="19"/>
              </w:rPr>
              <w:t>____________ hours  $____________</w:t>
            </w:r>
          </w:p>
        </w:tc>
        <w:tc>
          <w:tcPr>
            <w:tcW w:type="dxa" w:w="3120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CCD5DF"/>
              <w:start w:val="single" w:sz="5" w:color="CCD5DF"/>
              <w:bottom w:val="single" w:sz="5" w:color="CCD5DF"/>
              <w:end w:val="single" w:sz="5" w:color="CCD5DF"/>
            </w:tcBorders>
            <w:shd w:fill="F4F6F8"/>
            <w:vAlign w:val="center"/>
          </w:tcPr>
          <w:p>
            <w:pPr>
              <w:spacing w:after="40"/>
            </w:pPr>
            <w:r/>
            <w:r>
              <w:rPr>
                <w:rFonts w:ascii="Calibri" w:hAnsi="Calibri"/>
                <w:b/>
                <w:color w:val="667085"/>
                <w:sz w:val="15"/>
              </w:rPr>
              <w:t>TOTAL PARTS / VENDOR</w:t>
            </w:r>
          </w:p>
          <w:p>
            <w:pPr>
              <w:spacing w:after="0"/>
            </w:pPr>
            <w:r>
              <w:rPr>
                <w:rFonts w:ascii="Calibri" w:hAnsi="Calibri"/>
                <w:b w:val="0"/>
                <w:color w:val="17212B"/>
                <w:sz w:val="19"/>
              </w:rPr>
              <w:t>$________________________</w:t>
            </w:r>
          </w:p>
        </w:tc>
      </w:tr>
      <w:tr>
        <w:tc>
          <w:tcPr>
            <w:tcW w:type="dxa" w:w="3120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CCD5DF"/>
              <w:start w:val="single" w:sz="5" w:color="CCD5DF"/>
              <w:bottom w:val="single" w:sz="5" w:color="CCD5DF"/>
              <w:end w:val="single" w:sz="5" w:color="CCD5DF"/>
            </w:tcBorders>
            <w:shd w:fill="F4F6F8"/>
            <w:vAlign w:val="center"/>
          </w:tcPr>
          <w:p>
            <w:pPr>
              <w:spacing w:after="40"/>
            </w:pPr>
            <w:r/>
            <w:r>
              <w:rPr>
                <w:rFonts w:ascii="Calibri" w:hAnsi="Calibri"/>
                <w:b/>
                <w:color w:val="667085"/>
                <w:sz w:val="15"/>
              </w:rPr>
              <w:t>COMPLETED BY</w:t>
            </w:r>
          </w:p>
          <w:p>
            <w:pPr>
              <w:spacing w:after="0"/>
            </w:pPr>
            <w:r>
              <w:rPr>
                <w:rFonts w:ascii="Calibri" w:hAnsi="Calibri"/>
                <w:b w:val="0"/>
                <w:color w:val="17212B"/>
                <w:sz w:val="19"/>
              </w:rPr>
              <w:t>__________________  Date: __________</w:t>
            </w:r>
          </w:p>
        </w:tc>
        <w:tc>
          <w:tcPr>
            <w:tcW w:type="dxa" w:w="3120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CCD5DF"/>
              <w:start w:val="single" w:sz="5" w:color="CCD5DF"/>
              <w:bottom w:val="single" w:sz="5" w:color="CCD5DF"/>
              <w:end w:val="single" w:sz="5" w:color="CCD5DF"/>
            </w:tcBorders>
            <w:shd w:fill="F4F6F8"/>
            <w:vAlign w:val="center"/>
          </w:tcPr>
          <w:p>
            <w:pPr>
              <w:spacing w:after="40"/>
            </w:pPr>
            <w:r/>
            <w:r>
              <w:rPr>
                <w:rFonts w:ascii="Calibri" w:hAnsi="Calibri"/>
                <w:b/>
                <w:color w:val="667085"/>
                <w:sz w:val="15"/>
              </w:rPr>
              <w:t>VERIFIED BY</w:t>
            </w:r>
          </w:p>
          <w:p>
            <w:pPr>
              <w:spacing w:after="0"/>
            </w:pPr>
            <w:r>
              <w:rPr>
                <w:rFonts w:ascii="Calibri" w:hAnsi="Calibri"/>
                <w:b w:val="0"/>
                <w:color w:val="17212B"/>
                <w:sz w:val="19"/>
              </w:rPr>
              <w:t>__________________  Date: __________</w:t>
            </w:r>
          </w:p>
        </w:tc>
        <w:tc>
          <w:tcPr>
            <w:tcW w:type="dxa" w:w="3120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CCD5DF"/>
              <w:start w:val="single" w:sz="5" w:color="CCD5DF"/>
              <w:bottom w:val="single" w:sz="5" w:color="CCD5DF"/>
              <w:end w:val="single" w:sz="5" w:color="CCD5DF"/>
            </w:tcBorders>
            <w:shd w:fill="F4F6F8"/>
            <w:vAlign w:val="center"/>
          </w:tcPr>
          <w:p>
            <w:pPr>
              <w:spacing w:after="40"/>
            </w:pPr>
            <w:r/>
            <w:r>
              <w:rPr>
                <w:rFonts w:ascii="Calibri" w:hAnsi="Calibri"/>
                <w:b/>
                <w:color w:val="667085"/>
                <w:sz w:val="15"/>
              </w:rPr>
              <w:t>REQUESTER NOTIFIED</w:t>
            </w:r>
          </w:p>
          <w:p>
            <w:pPr>
              <w:spacing w:after="0"/>
            </w:pPr>
            <w:r>
              <w:rPr>
                <w:rFonts w:ascii="Calibri" w:hAnsi="Calibri"/>
                <w:b w:val="0"/>
                <w:color w:val="17212B"/>
                <w:sz w:val="19"/>
              </w:rPr>
              <w:t>[ ] Yes  [ ] No  Date: __________</w:t>
            </w:r>
          </w:p>
        </w:tc>
      </w:tr>
    </w:tbl>
    <w:p>
      <w:pPr>
        <w:spacing w:before="120" w:after="0"/>
      </w:pPr>
      <w:r>
        <w:rPr>
          <w:rFonts w:ascii="Calibri" w:hAnsi="Calibri"/>
          <w:b w:val="0"/>
          <w:color w:val="667085"/>
          <w:sz w:val="17"/>
        </w:rPr>
        <w:t>Tip: keep the requester's original symptom, technician finding, cause, repair, parts, labor, downtime, and verification as separate fields. That structure makes asset history searchable and future analysis reliable.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37" w:right="1440" w:bottom="1037" w:left="1440" w:header="504" w:footer="50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tabs>
        <w:tab w:pos="8856" w:val="left"/>
      </w:tabs>
      <w:jc w:val="left"/>
    </w:pPr>
    <w:r>
      <w:rPr>
        <w:rFonts w:ascii="Calibri" w:hAnsi="Calibri"/>
        <w:b w:val="0"/>
        <w:color w:val="667085"/>
        <w:sz w:val="16"/>
      </w:rPr>
      <w:t>MaintenEase  |  Free maintenance work order template</w:t>
    </w:r>
    <w:r>
      <w:tab/>
    </w:r>
    <w:r>
      <w:rPr>
        <w:rFonts w:ascii="Calibri" w:hAnsi="Calibri"/>
        <w:b w:val="0"/>
        <w:color w:val="667085"/>
        <w:sz w:val="16"/>
      </w:rPr>
      <w:t>maintenease.com/templates/work-order-template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Calibri" w:hAnsi="Calibri"/>
        <w:b/>
        <w:color w:val="667085"/>
        <w:sz w:val="16"/>
      </w:rPr>
      <w:t>MAINTENANCE OPERATIONS  /  FIELD FORM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76" w:lineRule="auto"/>
    </w:pPr>
    <w:rPr>
      <w:rFonts w:ascii="Calibri" w:hAnsi="Calibri"/>
      <w:color w:val="17212B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80" w:after="140"/>
      <w:outlineLvl w:val="0"/>
    </w:pPr>
    <w:rPr>
      <w:rFonts w:asciiTheme="majorHAnsi" w:eastAsiaTheme="majorEastAsia" w:hAnsiTheme="majorHAnsi" w:cstheme="majorBidi" w:ascii="Calibri" w:hAnsi="Calibri"/>
      <w:b/>
      <w:bCs/>
      <w:color w:val="176B87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100"/>
      <w:outlineLvl w:val="1"/>
    </w:pPr>
    <w:rPr>
      <w:rFonts w:asciiTheme="majorHAnsi" w:eastAsiaTheme="majorEastAsia" w:hAnsiTheme="majorHAnsi" w:cstheme="majorBidi" w:ascii="Calibri" w:hAnsi="Calibri"/>
      <w:b/>
      <w:bCs/>
      <w:color w:val="123A63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Calibri" w:hAnsi="Calibri"/>
      <w:b/>
      <w:bCs/>
      <w:color w:val="123A63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Maintenance Work Order Template</dc:title>
  <dc:subject>Editable maintenance work order for request, planning, execution, and close-out</dc:subject>
  <dc:creator>MaintenEase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